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総会 出欠票 兼 委任状・書面議決書</w:t>
      </w:r>
    </w:p>
    <w:p>
      <w:r>
        <w:t>組織の名称：</w:t>
      </w:r>
    </w:p>
    <w:p>
      <w:r>
        <w:t>総会の名称と日時：</w:t>
      </w:r>
    </w:p>
    <w:p>
      <w:r>
        <w:t>提出期限：</w:t>
      </w:r>
    </w:p>
    <w:tbl>
      <w:tblPr>
        <w:tblStyle w:val="TableGrid"/>
        <w:tblW w:type="auto" w:w="0"/>
        <w:jc w:val="center"/>
        <w:tblLook w:firstColumn="1" w:firstRow="1" w:lastColumn="0" w:lastRow="0" w:noHBand="0" w:noVBand="1" w:val="04A0"/>
      </w:tblPr>
      <w:tblGrid>
        <w:gridCol w:w="5103"/>
        <w:gridCol w:w="5103"/>
      </w:tblGrid>
      <w:tr>
        <w:tc>
          <w:tcPr>
            <w:tcW w:type="dxa" w:w="2291"/>
          </w:tcPr>
          <w:p>
            <w:r>
              <w:rPr>
                <w:b/>
              </w:rPr>
              <w:t>項目</w:t>
            </w:r>
          </w:p>
        </w:tc>
        <w:tc>
          <w:tcPr>
            <w:tcW w:type="dxa" w:w="7914"/>
          </w:tcPr>
          <w:p>
            <w:r>
              <w:rPr>
                <w:b/>
              </w:rPr>
              <w:t>記入欄</w:t>
            </w:r>
          </w:p>
        </w:tc>
      </w:tr>
      <w:tr>
        <w:tc>
          <w:tcPr>
            <w:tcW w:type="dxa" w:w="2291"/>
          </w:tcPr>
          <w:p>
            <w:r>
              <w:t>出欠（どれか1つに〇）</w:t>
            </w:r>
          </w:p>
        </w:tc>
        <w:tc>
          <w:tcPr>
            <w:tcW w:type="dxa" w:w="7914"/>
          </w:tcPr>
          <w:p>
            <w:r>
              <w:t>出席します　・　欠席します（委任状を出します）　・　欠席します（書面で議決権を行使します）</w:t>
            </w:r>
          </w:p>
        </w:tc>
      </w:tr>
      <w:tr>
        <w:tc>
          <w:tcPr>
            <w:tcW w:type="dxa" w:w="2291"/>
          </w:tcPr>
          <w:p>
            <w:r>
              <w:t>委任状</w:t>
            </w:r>
          </w:p>
        </w:tc>
        <w:tc>
          <w:tcPr>
            <w:tcW w:type="dxa" w:w="7914"/>
          </w:tcPr>
          <w:p>
            <w:r>
              <w:t>私は、　　　　　　　　　　　（組合員との関係：　　　　　　）を代理人と定め、</w:t>
            </w:r>
          </w:p>
        </w:tc>
      </w:tr>
      <w:tr>
        <w:tc>
          <w:tcPr>
            <w:tcW w:type="dxa" w:w="2291"/>
          </w:tcPr>
          <w:p>
            <w:r/>
          </w:p>
        </w:tc>
        <w:tc>
          <w:tcPr>
            <w:tcW w:type="dxa" w:w="7914"/>
          </w:tcPr>
          <w:p>
            <w:r>
              <w:t xml:space="preserve">　　　年　　月　　日の総会に出席し、あらかじめ通知のあった議案について議決権を行使することを委任します。</w:t>
            </w:r>
          </w:p>
        </w:tc>
      </w:tr>
      <w:tr>
        <w:tc>
          <w:tcPr>
            <w:tcW w:type="dxa" w:w="2291"/>
          </w:tcPr>
          <w:p>
            <w:r>
              <w:t>書面議決書 第1号議案</w:t>
            </w:r>
          </w:p>
        </w:tc>
        <w:tc>
          <w:tcPr>
            <w:tcW w:type="dxa" w:w="7914"/>
          </w:tcPr>
          <w:p>
            <w:r>
              <w:t>議案名：　　　　　　　　　　　　　　　　　　　　賛成　・　反対</w:t>
            </w:r>
          </w:p>
        </w:tc>
      </w:tr>
      <w:tr>
        <w:tc>
          <w:tcPr>
            <w:tcW w:type="dxa" w:w="2291"/>
          </w:tcPr>
          <w:p>
            <w:r>
              <w:t>書面議決書 第2号議案</w:t>
            </w:r>
          </w:p>
        </w:tc>
        <w:tc>
          <w:tcPr>
            <w:tcW w:type="dxa" w:w="7914"/>
          </w:tcPr>
          <w:p>
            <w:r>
              <w:t>議案名：　　　　　　　　　　　　　　　　　　　　賛成　・　反対</w:t>
            </w:r>
          </w:p>
        </w:tc>
      </w:tr>
      <w:tr>
        <w:tc>
          <w:tcPr>
            <w:tcW w:type="dxa" w:w="2291"/>
          </w:tcPr>
          <w:p>
            <w:r>
              <w:t>書面議決書 第3号議案</w:t>
            </w:r>
          </w:p>
        </w:tc>
        <w:tc>
          <w:tcPr>
            <w:tcW w:type="dxa" w:w="7914"/>
          </w:tcPr>
          <w:p>
            <w:r>
              <w:t>議案名：　　　　　　　　　　　　　　　　　　　　賛成　・　反対</w:t>
            </w:r>
          </w:p>
        </w:tc>
      </w:tr>
      <w:tr>
        <w:tc>
          <w:tcPr>
            <w:tcW w:type="dxa" w:w="2291"/>
          </w:tcPr>
          <w:p>
            <w:r>
              <w:t>書面議決書 第4号議案</w:t>
            </w:r>
          </w:p>
        </w:tc>
        <w:tc>
          <w:tcPr>
            <w:tcW w:type="dxa" w:w="7914"/>
          </w:tcPr>
          <w:p>
            <w:r>
              <w:t>議案名：　　　　　　　　　　　　　　　　　　　　賛成　・　反対</w:t>
            </w:r>
          </w:p>
        </w:tc>
      </w:tr>
      <w:tr>
        <w:tc>
          <w:tcPr>
            <w:tcW w:type="dxa" w:w="2291"/>
          </w:tcPr>
          <w:p>
            <w:r>
              <w:t>書面議決書 第5号議案</w:t>
            </w:r>
          </w:p>
        </w:tc>
        <w:tc>
          <w:tcPr>
            <w:tcW w:type="dxa" w:w="7914"/>
          </w:tcPr>
          <w:p>
            <w:r>
              <w:t>議案名：　　　　　　　　　　　　　　　　　　　　賛成　・　反対</w:t>
            </w:r>
          </w:p>
        </w:tc>
      </w:tr>
      <w:tr>
        <w:tc>
          <w:tcPr>
            <w:tcW w:type="dxa" w:w="2291"/>
          </w:tcPr>
          <w:p>
            <w:r>
              <w:t>記入日</w:t>
            </w:r>
          </w:p>
        </w:tc>
        <w:tc>
          <w:tcPr>
            <w:tcW w:type="dxa" w:w="7914"/>
          </w:tcPr>
          <w:p>
            <w:r>
              <w:t xml:space="preserve">　　　年　　月　　日</w:t>
            </w:r>
          </w:p>
        </w:tc>
      </w:tr>
      <w:tr>
        <w:tc>
          <w:tcPr>
            <w:tcW w:type="dxa" w:w="2291"/>
          </w:tcPr>
          <w:p>
            <w:r>
              <w:t>住所</w:t>
            </w:r>
          </w:p>
        </w:tc>
        <w:tc>
          <w:tcPr>
            <w:tcW w:type="dxa" w:w="7914"/>
          </w:tcPr>
          <w:p>
            <w:r/>
          </w:p>
        </w:tc>
      </w:tr>
      <w:tr>
        <w:tc>
          <w:tcPr>
            <w:tcW w:type="dxa" w:w="2291"/>
          </w:tcPr>
          <w:p>
            <w:r>
              <w:t>氏名（署名又は記名押印）</w:t>
            </w:r>
          </w:p>
        </w:tc>
        <w:tc>
          <w:tcPr>
            <w:tcW w:type="dxa" w:w="7914"/>
          </w:tcPr>
          <w:p>
            <w:r>
              <w:t xml:space="preserve">　　　　　　　　　　　　　　　　　　　　　　　　　　　印</w:t>
            </w:r>
          </w:p>
        </w:tc>
      </w:tr>
      <w:tr>
        <w:tc>
          <w:tcPr>
            <w:tcW w:type="dxa" w:w="2291"/>
          </w:tcPr>
          <w:p>
            <w:r>
              <w:t>代理人の受付（組織が記入）</w:t>
            </w:r>
          </w:p>
        </w:tc>
        <w:tc>
          <w:tcPr>
            <w:tcW w:type="dxa" w:w="7914"/>
          </w:tcPr>
          <w:p>
            <w:r>
              <w:t>代理人：　　　　　　　　　　確認日：　　　　　　受付者：</w:t>
            </w:r>
          </w:p>
        </w:tc>
      </w:tr>
    </w:tbl>
    <w:p>
      <w:r>
        <w:rPr>
          <w:color w:val="555555"/>
          <w:sz w:val="17"/>
        </w:rPr>
        <w:t>※ 記入例は架空の農事組合法人の通常総会です。委任と書面議決は、どちらか一方だけを選びます。</w:t>
      </w:r>
    </w:p>
    <w:p>
      <w:r>
        <w:rPr>
          <w:color w:val="555555"/>
          <w:sz w:val="17"/>
        </w:rPr>
        <w:t>※ 農事組合法人の組合員は、総会に出席しない場合、書面又は代理人で議決権を行えます。書面や代理人で議決権を行った人は出席者とみなされます（農業協同組合法72条の14）。代理人になれる人・1人が代理できる人数・提出の期限は定款で決めます（農林水産省の定款例では、代理人は同じ世帯の成年者か他の組合員、代理は1人まで、書面は総会の前日まで）。</w:t>
      </w:r>
    </w:p>
    <w:p>
      <w:r>
        <w:rPr>
          <w:color w:val="555555"/>
          <w:sz w:val="17"/>
        </w:rPr>
        <w:t>※ 部会・集落営農などの任意の団体は、委任状や書面議決を認めるか、出席に数えるかを規約で決めておきます。</w:t>
      </w:r>
    </w:p>
    <w:p>
      <w:pPr>
        <w:sectPr>
          <w:pgSz w:w="11906" w:h="16838"/>
          <w:pgMar w:top="850" w:right="850" w:bottom="850" w:left="850" w:header="720" w:footer="720" w:gutter="0"/>
          <w:cols w:space="720"/>
          <w:docGrid w:linePitch="360"/>
        </w:sectPr>
      </w:pPr>
    </w:p>
    <w:p>
      <w:pPr>
        <w:jc w:val="center"/>
      </w:pPr>
      <w:r>
        <w:rPr>
          <w:b/>
          <w:sz w:val="26"/>
        </w:rPr>
        <w:t>出欠・委任状・書面議決書の受付集計表</w:t>
      </w:r>
    </w:p>
    <w:p>
      <w:r>
        <w:t>組織の名称：</w:t>
      </w:r>
    </w:p>
    <w:p>
      <w:r>
        <w:t>総会の日：</w:t>
      </w:r>
    </w:p>
    <w:p>
      <w:r>
        <w:t>総組合員数：</w:t>
      </w:r>
    </w:p>
    <w:tbl>
      <w:tblPr>
        <w:tblStyle w:val="TableGrid"/>
        <w:tblW w:type="auto" w:w="0"/>
        <w:jc w:val="center"/>
        <w:tblLook w:firstColumn="1" w:firstRow="1" w:lastColumn="0" w:lastRow="0" w:noHBand="0" w:noVBand="1" w:val="04A0"/>
      </w:tblPr>
      <w:tblGrid>
        <w:gridCol w:w="1376"/>
        <w:gridCol w:w="1376"/>
        <w:gridCol w:w="1376"/>
        <w:gridCol w:w="1376"/>
        <w:gridCol w:w="1376"/>
        <w:gridCol w:w="1376"/>
        <w:gridCol w:w="1376"/>
        <w:gridCol w:w="1376"/>
        <w:gridCol w:w="1376"/>
        <w:gridCol w:w="1376"/>
        <w:gridCol w:w="1376"/>
      </w:tblGrid>
      <w:tr>
        <w:tc>
          <w:tcPr>
            <w:tcW w:type="dxa" w:w="818"/>
          </w:tcPr>
          <w:p>
            <w:r>
              <w:rPr>
                <w:b/>
              </w:rPr>
              <w:t>番号</w:t>
            </w:r>
          </w:p>
        </w:tc>
        <w:tc>
          <w:tcPr>
            <w:tcW w:type="dxa" w:w="1909"/>
          </w:tcPr>
          <w:p>
            <w:r>
              <w:rPr>
                <w:b/>
              </w:rPr>
              <w:t>組合員の氏名</w:t>
            </w:r>
          </w:p>
        </w:tc>
        <w:tc>
          <w:tcPr>
            <w:tcW w:type="dxa" w:w="1909"/>
          </w:tcPr>
          <w:p>
            <w:r>
              <w:rPr>
                <w:b/>
              </w:rPr>
              <w:t>出欠（出席・委任・書面・欠席）</w:t>
            </w:r>
          </w:p>
        </w:tc>
        <w:tc>
          <w:tcPr>
            <w:tcW w:type="dxa" w:w="1773"/>
          </w:tcPr>
          <w:p>
            <w:r>
              <w:rPr>
                <w:b/>
              </w:rPr>
              <w:t>代理人の氏名</w:t>
            </w:r>
          </w:p>
        </w:tc>
        <w:tc>
          <w:tcPr>
            <w:tcW w:type="dxa" w:w="955"/>
          </w:tcPr>
          <w:p>
            <w:r>
              <w:rPr>
                <w:b/>
              </w:rPr>
              <w:t>第1号</w:t>
            </w:r>
          </w:p>
        </w:tc>
        <w:tc>
          <w:tcPr>
            <w:tcW w:type="dxa" w:w="955"/>
          </w:tcPr>
          <w:p>
            <w:r>
              <w:rPr>
                <w:b/>
              </w:rPr>
              <w:t>第2号</w:t>
            </w:r>
          </w:p>
        </w:tc>
        <w:tc>
          <w:tcPr>
            <w:tcW w:type="dxa" w:w="955"/>
          </w:tcPr>
          <w:p>
            <w:r>
              <w:rPr>
                <w:b/>
              </w:rPr>
              <w:t>第3号</w:t>
            </w:r>
          </w:p>
        </w:tc>
        <w:tc>
          <w:tcPr>
            <w:tcW w:type="dxa" w:w="955"/>
          </w:tcPr>
          <w:p>
            <w:r>
              <w:rPr>
                <w:b/>
              </w:rPr>
              <w:t>第4号</w:t>
            </w:r>
          </w:p>
        </w:tc>
        <w:tc>
          <w:tcPr>
            <w:tcW w:type="dxa" w:w="955"/>
          </w:tcPr>
          <w:p>
            <w:r>
              <w:rPr>
                <w:b/>
              </w:rPr>
              <w:t>第5号</w:t>
            </w:r>
          </w:p>
        </w:tc>
        <w:tc>
          <w:tcPr>
            <w:tcW w:type="dxa" w:w="1227"/>
          </w:tcPr>
          <w:p>
            <w:r>
              <w:rPr>
                <w:b/>
              </w:rPr>
              <w:t>受付日</w:t>
            </w:r>
          </w:p>
        </w:tc>
        <w:tc>
          <w:tcPr>
            <w:tcW w:type="dxa" w:w="2727"/>
          </w:tcPr>
          <w:p>
            <w:r>
              <w:rPr>
                <w:b/>
              </w:rPr>
              <w:t>備考（不備・本人出席で無効など）</w:t>
            </w:r>
          </w:p>
        </w:tc>
      </w:tr>
      <w:tr>
        <w:tc>
          <w:tcPr>
            <w:tcW w:type="dxa" w:w="818"/>
          </w:tcPr>
          <w:p>
            <w:r>
              <w:t>例1</w:t>
            </w:r>
          </w:p>
        </w:tc>
        <w:tc>
          <w:tcPr>
            <w:tcW w:type="dxa" w:w="1909"/>
          </w:tcPr>
          <w:p>
            <w:r>
              <w:t>山田 太郎</w:t>
            </w:r>
          </w:p>
        </w:tc>
        <w:tc>
          <w:tcPr>
            <w:tcW w:type="dxa" w:w="1909"/>
          </w:tcPr>
          <w:p>
            <w:r>
              <w:t>書面</w:t>
            </w:r>
          </w:p>
        </w:tc>
        <w:tc>
          <w:tcPr>
            <w:tcW w:type="dxa" w:w="1773"/>
          </w:tcPr>
          <w:p>
            <w:r/>
          </w:p>
        </w:tc>
        <w:tc>
          <w:tcPr>
            <w:tcW w:type="dxa" w:w="955"/>
          </w:tcPr>
          <w:p>
            <w:r>
              <w:t>賛成</w:t>
            </w:r>
          </w:p>
        </w:tc>
        <w:tc>
          <w:tcPr>
            <w:tcW w:type="dxa" w:w="955"/>
          </w:tcPr>
          <w:p>
            <w:r>
              <w:t>賛成</w:t>
            </w:r>
          </w:p>
        </w:tc>
        <w:tc>
          <w:tcPr>
            <w:tcW w:type="dxa" w:w="955"/>
          </w:tcPr>
          <w:p>
            <w:r>
              <w:t>反対</w:t>
            </w:r>
          </w:p>
        </w:tc>
        <w:tc>
          <w:tcPr>
            <w:tcW w:type="dxa" w:w="955"/>
          </w:tcPr>
          <w:p>
            <w:r>
              <w:t>賛成</w:t>
            </w:r>
          </w:p>
        </w:tc>
        <w:tc>
          <w:tcPr>
            <w:tcW w:type="dxa" w:w="955"/>
          </w:tcPr>
          <w:p>
            <w:r/>
          </w:p>
        </w:tc>
        <w:tc>
          <w:tcPr>
            <w:tcW w:type="dxa" w:w="1227"/>
          </w:tcPr>
          <w:p>
            <w:r>
              <w:t>3/10</w:t>
            </w:r>
          </w:p>
        </w:tc>
        <w:tc>
          <w:tcPr>
            <w:tcW w:type="dxa" w:w="2727"/>
          </w:tcPr>
          <w:p>
            <w:r/>
          </w:p>
        </w:tc>
      </w:tr>
      <w:tr>
        <w:tc>
          <w:tcPr>
            <w:tcW w:type="dxa" w:w="818"/>
          </w:tcPr>
          <w:p>
            <w:r>
              <w:t>例2</w:t>
            </w:r>
          </w:p>
        </w:tc>
        <w:tc>
          <w:tcPr>
            <w:tcW w:type="dxa" w:w="1909"/>
          </w:tcPr>
          <w:p>
            <w:r>
              <w:t>佐藤 次郎</w:t>
            </w:r>
          </w:p>
        </w:tc>
        <w:tc>
          <w:tcPr>
            <w:tcW w:type="dxa" w:w="1909"/>
          </w:tcPr>
          <w:p>
            <w:r>
              <w:t>委任</w:t>
            </w:r>
          </w:p>
        </w:tc>
        <w:tc>
          <w:tcPr>
            <w:tcW w:type="dxa" w:w="1773"/>
          </w:tcPr>
          <w:p>
            <w:r>
              <w:t>山田 一郎（組合員）</w:t>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t>3/12</w:t>
            </w:r>
          </w:p>
        </w:tc>
        <w:tc>
          <w:tcPr>
            <w:tcW w:type="dxa" w:w="2727"/>
          </w:tcPr>
          <w:p>
            <w:r>
              <w:t>代理人が当日持参</w:t>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r>
        <w:tc>
          <w:tcPr>
            <w:tcW w:type="dxa" w:w="818"/>
          </w:tcPr>
          <w:p>
            <w:r/>
          </w:p>
        </w:tc>
        <w:tc>
          <w:tcPr>
            <w:tcW w:type="dxa" w:w="1909"/>
          </w:tcPr>
          <w:p>
            <w:r/>
          </w:p>
        </w:tc>
        <w:tc>
          <w:tcPr>
            <w:tcW w:type="dxa" w:w="1909"/>
          </w:tcPr>
          <w:p>
            <w:r/>
          </w:p>
        </w:tc>
        <w:tc>
          <w:tcPr>
            <w:tcW w:type="dxa" w:w="1773"/>
          </w:tcPr>
          <w:p>
            <w:r/>
          </w:p>
        </w:tc>
        <w:tc>
          <w:tcPr>
            <w:tcW w:type="dxa" w:w="955"/>
          </w:tcPr>
          <w:p>
            <w:r/>
          </w:p>
        </w:tc>
        <w:tc>
          <w:tcPr>
            <w:tcW w:type="dxa" w:w="955"/>
          </w:tcPr>
          <w:p>
            <w:r/>
          </w:p>
        </w:tc>
        <w:tc>
          <w:tcPr>
            <w:tcW w:type="dxa" w:w="955"/>
          </w:tcPr>
          <w:p>
            <w:r/>
          </w:p>
        </w:tc>
        <w:tc>
          <w:tcPr>
            <w:tcW w:type="dxa" w:w="955"/>
          </w:tcPr>
          <w:p>
            <w:r/>
          </w:p>
        </w:tc>
        <w:tc>
          <w:tcPr>
            <w:tcW w:type="dxa" w:w="955"/>
          </w:tcPr>
          <w:p>
            <w:r/>
          </w:p>
        </w:tc>
        <w:tc>
          <w:tcPr>
            <w:tcW w:type="dxa" w:w="1227"/>
          </w:tcPr>
          <w:p>
            <w:r/>
          </w:p>
        </w:tc>
        <w:tc>
          <w:tcPr>
            <w:tcW w:type="dxa" w:w="2727"/>
          </w:tcPr>
          <w:p>
            <w:r/>
          </w:p>
        </w:tc>
      </w:tr>
    </w:tbl>
    <w:p>
      <w:r>
        <w:rPr>
          <w:color w:val="555555"/>
          <w:sz w:val="17"/>
        </w:rPr>
        <w:t>※ 出席者数は、本人出席・委任状・書面議決を合わせて数え、議事録には内訳を書きます。</w:t>
      </w:r>
    </w:p>
    <w:p>
      <w:r>
        <w:rPr>
          <w:color w:val="555555"/>
          <w:sz w:val="17"/>
        </w:rPr>
        <w:t>※ 書面議決書を出した人や委任した人が当日本人で出席したときの扱いは、定款・規約に合わせて決めておきます。</w:t>
      </w:r>
    </w:p>
    <w:p>
      <w:r>
        <w:rPr>
          <w:color w:val="888888"/>
          <w:sz w:val="16"/>
        </w:rPr>
        <w:t>ミノリス（minorisu.com）の無料テンプレート</w:t>
      </w:r>
    </w:p>
    <w:sectPr w:rsidR="00FC693F" w:rsidRPr="0006063C" w:rsidSect="00034616">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総会 出欠票 兼 委任状・書面議決書</dc:title>
  <dc:subject/>
  <dc:creator>ミノリス</dc:creator>
  <cp:keywords/>
  <dc:description>generated by python-docx</dc:description>
  <cp:lastModifiedBy/>
  <cp:revision>1</cp:revision>
  <dcterms:created xsi:type="dcterms:W3CDTF">2013-12-23T23:15:00Z</dcterms:created>
  <dcterms:modified xsi:type="dcterms:W3CDTF">2013-12-23T23:15:00Z</dcterms:modified>
  <cp:category/>
</cp:coreProperties>
</file>