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総会議事録</w:t>
      </w:r>
    </w:p>
    <w:p>
      <w:r>
        <w:t>組織の名称：</w:t>
      </w:r>
    </w:p>
    <w:p>
      <w:r>
        <w:t>総会の名称（第〇回 通常・臨時）：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2291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7914"/>
          </w:tcPr>
          <w:p>
            <w:r>
              <w:rPr>
                <w:b/>
              </w:rPr>
              <w:t>記入欄</w:t>
            </w:r>
          </w:p>
        </w:tc>
      </w:tr>
      <w:tr>
        <w:tc>
          <w:tcPr>
            <w:tcW w:type="dxa" w:w="2291"/>
          </w:tcPr>
          <w:p>
            <w:r>
              <w:t>招集の通知をした日</w:t>
            </w:r>
          </w:p>
        </w:tc>
        <w:tc>
          <w:tcPr>
            <w:tcW w:type="dxa" w:w="7914"/>
          </w:tcPr>
          <w:p>
            <w:r>
              <w:t xml:space="preserve">　　　年　　月　　日</w:t>
            </w:r>
          </w:p>
        </w:tc>
      </w:tr>
      <w:tr>
        <w:tc>
          <w:tcPr>
            <w:tcW w:type="dxa" w:w="2291"/>
          </w:tcPr>
          <w:p>
            <w:r>
              <w:t>開催日時</w:t>
            </w:r>
          </w:p>
        </w:tc>
        <w:tc>
          <w:tcPr>
            <w:tcW w:type="dxa" w:w="7914"/>
          </w:tcPr>
          <w:p>
            <w:r>
              <w:t xml:space="preserve">　　　年　　月　　日（　）　　時　　分　〜　　時　　分</w:t>
            </w:r>
          </w:p>
        </w:tc>
      </w:tr>
      <w:tr>
        <w:tc>
          <w:tcPr>
            <w:tcW w:type="dxa" w:w="2291"/>
          </w:tcPr>
          <w:p>
            <w:r>
              <w:t>開催場所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総組合員数（会員数）</w:t>
            </w:r>
          </w:p>
        </w:tc>
        <w:tc>
          <w:tcPr>
            <w:tcW w:type="dxa" w:w="7914"/>
          </w:tcPr>
          <w:p>
            <w:r>
              <w:t xml:space="preserve">　　　名</w:t>
            </w:r>
          </w:p>
        </w:tc>
      </w:tr>
      <w:tr>
        <w:tc>
          <w:tcPr>
            <w:tcW w:type="dxa" w:w="2291"/>
          </w:tcPr>
          <w:p>
            <w:r>
              <w:t>出席者数</w:t>
            </w:r>
          </w:p>
        </w:tc>
        <w:tc>
          <w:tcPr>
            <w:tcW w:type="dxa" w:w="7914"/>
          </w:tcPr>
          <w:p>
            <w:r>
              <w:t xml:space="preserve">　　　名（本人出席　　名、委任状　　名、書面議決　　名）</w:t>
            </w:r>
          </w:p>
        </w:tc>
      </w:tr>
      <w:tr>
        <w:tc>
          <w:tcPr>
            <w:tcW w:type="dxa" w:w="2291"/>
          </w:tcPr>
          <w:p>
            <w:r>
              <w:t>出席した役員</w:t>
            </w:r>
          </w:p>
        </w:tc>
        <w:tc>
          <w:tcPr>
            <w:tcW w:type="dxa" w:w="7914"/>
          </w:tcPr>
          <w:p>
            <w:r>
              <w:t>理事：　　　　　　　　　　　　　　　監事：</w:t>
            </w:r>
          </w:p>
        </w:tc>
      </w:tr>
      <w:tr>
        <w:tc>
          <w:tcPr>
            <w:tcW w:type="dxa" w:w="2291"/>
          </w:tcPr>
          <w:p>
            <w:r>
              <w:t>議長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議事録を作成した人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開会・成立</w:t>
            </w:r>
          </w:p>
        </w:tc>
        <w:tc>
          <w:tcPr>
            <w:tcW w:type="dxa" w:w="7914"/>
          </w:tcPr>
          <w:p>
            <w:r>
              <w:t>出席者が定足数（　　　　）に達したことを確認し、開会した。</w:t>
            </w:r>
          </w:p>
        </w:tc>
      </w:tr>
      <w:tr>
        <w:tc>
          <w:tcPr>
            <w:tcW w:type="dxa" w:w="2291"/>
          </w:tcPr>
          <w:p>
            <w:r>
              <w:t>第1号議案</w:t>
            </w:r>
          </w:p>
        </w:tc>
        <w:tc>
          <w:tcPr>
            <w:tcW w:type="dxa" w:w="7914"/>
          </w:tcPr>
          <w:p>
            <w:r>
              <w:t>議案名：　　　　　　　　　　　　　結果：賛成　　名・反対　　名で</w:t>
            </w:r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第2号議案</w:t>
            </w:r>
          </w:p>
        </w:tc>
        <w:tc>
          <w:tcPr>
            <w:tcW w:type="dxa" w:w="7914"/>
          </w:tcPr>
          <w:p>
            <w:r>
              <w:t>議案名：　　　　　　　　　　　　　結果：賛成　　名・反対　　名で</w:t>
            </w:r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第3号議案</w:t>
            </w:r>
          </w:p>
        </w:tc>
        <w:tc>
          <w:tcPr>
            <w:tcW w:type="dxa" w:w="7914"/>
          </w:tcPr>
          <w:p>
            <w:r>
              <w:t>議案名：　　　　　　　　　　　　　結果：賛成　　名・反対　　名で</w:t>
            </w:r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第4号議案</w:t>
            </w:r>
          </w:p>
        </w:tc>
        <w:tc>
          <w:tcPr>
            <w:tcW w:type="dxa" w:w="7914"/>
          </w:tcPr>
          <w:p>
            <w:r>
              <w:t>議案名：　　　　　　　　　　　　　結果：賛成　　名・反対　　名で</w:t>
            </w:r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主な質疑・意見</w:t>
            </w:r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>
              <w:t>閉会</w:t>
            </w:r>
          </w:p>
        </w:tc>
        <w:tc>
          <w:tcPr>
            <w:tcW w:type="dxa" w:w="7914"/>
          </w:tcPr>
          <w:p>
            <w:r>
              <w:t xml:space="preserve">　　時　　分に閉会を宣言した。</w:t>
            </w:r>
          </w:p>
        </w:tc>
      </w:tr>
      <w:tr>
        <w:tc>
          <w:tcPr>
            <w:tcW w:type="dxa" w:w="2291"/>
          </w:tcPr>
          <w:p>
            <w:r>
              <w:t>署名</w:t>
            </w:r>
          </w:p>
        </w:tc>
        <w:tc>
          <w:tcPr>
            <w:tcW w:type="dxa" w:w="7914"/>
          </w:tcPr>
          <w:p>
            <w:r>
              <w:t>議長：　　　　　　　　　　署名人：　　　　　　　　　　署名人：</w:t>
            </w:r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  <w:tr>
        <w:tc>
          <w:tcPr>
            <w:tcW w:type="dxa" w:w="2291"/>
          </w:tcPr>
          <w:p>
            <w:r/>
          </w:p>
        </w:tc>
        <w:tc>
          <w:tcPr>
            <w:tcW w:type="dxa" w:w="7914"/>
          </w:tcPr>
          <w:p>
            <w:r/>
          </w:p>
        </w:tc>
      </w:tr>
    </w:tbl>
    <w:p>
      <w:r>
        <w:rPr>
          <w:color w:val="555555"/>
          <w:sz w:val="17"/>
        </w:rPr>
        <w:t>※ 記入例は架空の農事組合法人（監事を置く出資組合）の通常総会です。条の番号や決議の要件は、自分の組織の定款・規約に合わせて書いてください。</w:t>
      </w:r>
    </w:p>
    <w:p>
      <w:r>
        <w:rPr>
          <w:color w:val="555555"/>
          <w:sz w:val="17"/>
        </w:rPr>
        <w:t>※ 農事組合法人は、総会の日から10年間、議事録を主たる事務所に備え置きます。定款の変更は変更の日から2週間以内に行政庁（都道府県など）に届け出ます。役員の変更などで登記が必要な場合は、変更を証する書面として議事録を使うことがあります（司法書士や法務局に確認）。</w:t>
      </w:r>
    </w:p>
    <w:p>
      <w:r>
        <w:rPr>
          <w:color w:val="555555"/>
          <w:sz w:val="17"/>
        </w:rPr>
        <w:t>※ 部会・集落営農などの任意の団体は、議事録の記載事項に法律の決まりはありません。規約で決めた議長・署名人の定めに従って作ります。</w:t>
      </w:r>
    </w:p>
    <w:p>
      <w:pPr>
        <w:sectPr>
          <w:pgSz w:w="11906" w:h="16838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6"/>
        </w:rPr>
        <w:t>議案ごとの採決記録</w:t>
      </w:r>
    </w:p>
    <w:p>
      <w:r>
        <w:t>組織の名称：</w:t>
      </w:r>
    </w:p>
    <w:p>
      <w:r>
        <w:t>総会の日：</w:t>
      </w:r>
    </w:p>
    <w:p>
      <w:r>
        <w:t>総組合員数：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026"/>
          </w:tcPr>
          <w:p>
            <w:r>
              <w:rPr>
                <w:b/>
              </w:rPr>
              <w:t>議案</w:t>
            </w:r>
          </w:p>
        </w:tc>
        <w:tc>
          <w:tcPr>
            <w:tcW w:type="dxa" w:w="3848"/>
          </w:tcPr>
          <w:p>
            <w:r>
              <w:rPr>
                <w:b/>
              </w:rPr>
              <w:t>議案名</w:t>
            </w:r>
          </w:p>
        </w:tc>
        <w:tc>
          <w:tcPr>
            <w:tcW w:type="dxa" w:w="1796"/>
          </w:tcPr>
          <w:p>
            <w:r>
              <w:rPr>
                <w:b/>
              </w:rPr>
              <w:t>決議の種類（普通・特別）</w:t>
            </w:r>
          </w:p>
        </w:tc>
        <w:tc>
          <w:tcPr>
            <w:tcW w:type="dxa" w:w="1796"/>
          </w:tcPr>
          <w:p>
            <w:r>
              <w:rPr>
                <w:b/>
              </w:rPr>
              <w:t>可決に必要な数</w:t>
            </w:r>
          </w:p>
        </w:tc>
        <w:tc>
          <w:tcPr>
            <w:tcW w:type="dxa" w:w="898"/>
          </w:tcPr>
          <w:p>
            <w:r>
              <w:rPr>
                <w:b/>
              </w:rPr>
              <w:t>賛成</w:t>
            </w:r>
          </w:p>
        </w:tc>
        <w:tc>
          <w:tcPr>
            <w:tcW w:type="dxa" w:w="898"/>
          </w:tcPr>
          <w:p>
            <w:r>
              <w:rPr>
                <w:b/>
              </w:rPr>
              <w:t>反対</w:t>
            </w:r>
          </w:p>
        </w:tc>
        <w:tc>
          <w:tcPr>
            <w:tcW w:type="dxa" w:w="1026"/>
          </w:tcPr>
          <w:p>
            <w:r>
              <w:rPr>
                <w:b/>
              </w:rPr>
              <w:t>棄権・白票</w:t>
            </w:r>
          </w:p>
        </w:tc>
        <w:tc>
          <w:tcPr>
            <w:tcW w:type="dxa" w:w="1283"/>
          </w:tcPr>
          <w:p>
            <w:r>
              <w:rPr>
                <w:b/>
              </w:rPr>
              <w:t>結果</w:t>
            </w:r>
          </w:p>
        </w:tc>
        <w:tc>
          <w:tcPr>
            <w:tcW w:type="dxa" w:w="2566"/>
          </w:tcPr>
          <w:p>
            <w:r>
              <w:rPr>
                <w:b/>
              </w:rPr>
              <w:t>備考（修正・継続審議など）</w:t>
            </w:r>
          </w:p>
        </w:tc>
      </w:tr>
      <w:tr>
        <w:tc>
          <w:tcPr>
            <w:tcW w:type="dxa" w:w="1026"/>
          </w:tcPr>
          <w:p>
            <w:r>
              <w:t>例 第1号</w:t>
            </w:r>
          </w:p>
        </w:tc>
        <w:tc>
          <w:tcPr>
            <w:tcW w:type="dxa" w:w="3848"/>
          </w:tcPr>
          <w:p>
            <w:r>
              <w:t>2025年度事業報告・決算の承認</w:t>
            </w:r>
          </w:p>
        </w:tc>
        <w:tc>
          <w:tcPr>
            <w:tcW w:type="dxa" w:w="1796"/>
          </w:tcPr>
          <w:p>
            <w:r>
              <w:t>普通</w:t>
            </w:r>
          </w:p>
        </w:tc>
        <w:tc>
          <w:tcPr>
            <w:tcW w:type="dxa" w:w="1796"/>
          </w:tcPr>
          <w:p>
            <w:r>
              <w:t>議決権のある出席者20名の過半数＝11名</w:t>
            </w:r>
          </w:p>
        </w:tc>
        <w:tc>
          <w:tcPr>
            <w:tcW w:type="dxa" w:w="898"/>
          </w:tcPr>
          <w:p>
            <w:r>
              <w:t>20</w:t>
            </w:r>
          </w:p>
        </w:tc>
        <w:tc>
          <w:tcPr>
            <w:tcW w:type="dxa" w:w="898"/>
          </w:tcPr>
          <w:p>
            <w:r>
              <w:t>0</w:t>
            </w:r>
          </w:p>
        </w:tc>
        <w:tc>
          <w:tcPr>
            <w:tcW w:type="dxa" w:w="1026"/>
          </w:tcPr>
          <w:p>
            <w:r>
              <w:t>0</w:t>
            </w:r>
          </w:p>
        </w:tc>
        <w:tc>
          <w:tcPr>
            <w:tcW w:type="dxa" w:w="1283"/>
          </w:tcPr>
          <w:p>
            <w:r>
              <w:t>承認</w:t>
            </w:r>
          </w:p>
        </w:tc>
        <w:tc>
          <w:tcPr>
            <w:tcW w:type="dxa" w:w="2566"/>
          </w:tcPr>
          <w:p>
            <w:r>
              <w:t>議長は議決に加わらない</w:t>
            </w:r>
          </w:p>
        </w:tc>
      </w:tr>
      <w:tr>
        <w:tc>
          <w:tcPr>
            <w:tcW w:type="dxa" w:w="1026"/>
          </w:tcPr>
          <w:p>
            <w:r>
              <w:t>例 第3号</w:t>
            </w:r>
          </w:p>
        </w:tc>
        <w:tc>
          <w:tcPr>
            <w:tcW w:type="dxa" w:w="3848"/>
          </w:tcPr>
          <w:p>
            <w:r>
              <w:t>定款の一部変更</w:t>
            </w:r>
          </w:p>
        </w:tc>
        <w:tc>
          <w:tcPr>
            <w:tcW w:type="dxa" w:w="1796"/>
          </w:tcPr>
          <w:p>
            <w:r>
              <w:t>特別</w:t>
            </w:r>
          </w:p>
        </w:tc>
        <w:tc>
          <w:tcPr>
            <w:tcW w:type="dxa" w:w="1796"/>
          </w:tcPr>
          <w:p>
            <w:r>
              <w:t>総組合員25名の3分の2以上＝17名</w:t>
            </w:r>
          </w:p>
        </w:tc>
        <w:tc>
          <w:tcPr>
            <w:tcW w:type="dxa" w:w="898"/>
          </w:tcPr>
          <w:p>
            <w:r>
              <w:t>20</w:t>
            </w:r>
          </w:p>
        </w:tc>
        <w:tc>
          <w:tcPr>
            <w:tcW w:type="dxa" w:w="898"/>
          </w:tcPr>
          <w:p>
            <w:r>
              <w:t>0</w:t>
            </w:r>
          </w:p>
        </w:tc>
        <w:tc>
          <w:tcPr>
            <w:tcW w:type="dxa" w:w="1026"/>
          </w:tcPr>
          <w:p>
            <w:r>
              <w:t>0</w:t>
            </w:r>
          </w:p>
        </w:tc>
        <w:tc>
          <w:tcPr>
            <w:tcW w:type="dxa" w:w="1283"/>
          </w:tcPr>
          <w:p>
            <w:r>
              <w:t>可決</w:t>
            </w:r>
          </w:p>
        </w:tc>
        <w:tc>
          <w:tcPr>
            <w:tcW w:type="dxa" w:w="2566"/>
          </w:tcPr>
          <w:p>
            <w:r>
              <w:t>挙手で採決</w:t>
            </w:r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  <w:tr>
        <w:tc>
          <w:tcPr>
            <w:tcW w:type="dxa" w:w="1026"/>
          </w:tcPr>
          <w:p>
            <w:r/>
          </w:p>
        </w:tc>
        <w:tc>
          <w:tcPr>
            <w:tcW w:type="dxa" w:w="3848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1796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898"/>
          </w:tcPr>
          <w:p>
            <w:r/>
          </w:p>
        </w:tc>
        <w:tc>
          <w:tcPr>
            <w:tcW w:type="dxa" w:w="1026"/>
          </w:tcPr>
          <w:p>
            <w:r/>
          </w:p>
        </w:tc>
        <w:tc>
          <w:tcPr>
            <w:tcW w:type="dxa" w:w="1283"/>
          </w:tcPr>
          <w:p>
            <w:r/>
          </w:p>
        </w:tc>
        <w:tc>
          <w:tcPr>
            <w:tcW w:type="dxa" w:w="2566"/>
          </w:tcPr>
          <w:p>
            <w:r/>
          </w:p>
        </w:tc>
      </w:tr>
    </w:tbl>
    <w:p>
      <w:r>
        <w:rPr>
          <w:color w:val="555555"/>
          <w:sz w:val="17"/>
        </w:rPr>
        <w:t>※ 農事組合法人の特別決議（定款の変更・解散と合併・組合員の除名）は、出席者ではなく総組合員の3分の2以上の賛成が必要です（農協法72条の30）。</w:t>
      </w:r>
    </w:p>
    <w:p>
      <w:r>
        <w:rPr>
          <w:color w:val="555555"/>
          <w:sz w:val="17"/>
        </w:rPr>
        <w:t>※ 委任状で出席した人は代理人が、書面議決の人は書面に書いた賛否で票に数えます。</w:t>
      </w:r>
    </w:p>
    <w:p>
      <w:pPr>
        <w:sectPr>
          <w:pgSz w:w="16838" w:h="11906" w:orient="landscape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6"/>
        </w:rPr>
        <w:t>議事録に書くことの比較（組織の種類ごと）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784"/>
        <w:gridCol w:w="3784"/>
        <w:gridCol w:w="3784"/>
        <w:gridCol w:w="3784"/>
      </w:tblGrid>
      <w:tr>
        <w:tc>
          <w:tcPr>
            <w:tcW w:type="dxa" w:w="3393"/>
          </w:tcPr>
          <w:p>
            <w:r>
              <w:rPr>
                <w:b/>
              </w:rPr>
              <w:t>項目</w:t>
            </w:r>
          </w:p>
        </w:tc>
        <w:tc>
          <w:tcPr>
            <w:tcW w:type="dxa" w:w="3915"/>
          </w:tcPr>
          <w:p>
            <w:r>
              <w:rPr>
                <w:b/>
              </w:rPr>
              <w:t>農事組合法人</w:t>
            </w:r>
          </w:p>
        </w:tc>
        <w:tc>
          <w:tcPr>
            <w:tcW w:type="dxa" w:w="3915"/>
          </w:tcPr>
          <w:p>
            <w:r>
              <w:rPr>
                <w:b/>
              </w:rPr>
              <w:t>集落営農（任意組織）</w:t>
            </w:r>
          </w:p>
        </w:tc>
        <w:tc>
          <w:tcPr>
            <w:tcW w:type="dxa" w:w="3915"/>
          </w:tcPr>
          <w:p>
            <w:r>
              <w:rPr>
                <w:b/>
              </w:rPr>
              <w:t>生産部会・出荷組合</w:t>
            </w:r>
          </w:p>
        </w:tc>
      </w:tr>
      <w:tr>
        <w:tc>
          <w:tcPr>
            <w:tcW w:type="dxa" w:w="3393"/>
          </w:tcPr>
          <w:p>
            <w:r>
              <w:t>決まりの根拠</w:t>
            </w:r>
          </w:p>
        </w:tc>
        <w:tc>
          <w:tcPr>
            <w:tcW w:type="dxa" w:w="3915"/>
          </w:tcPr>
          <w:p>
            <w:r>
              <w:t>農協法46条の4（73条2項で準用）、施行規則178条（217条の4で準用）、定款</w:t>
            </w:r>
          </w:p>
        </w:tc>
        <w:tc>
          <w:tcPr>
            <w:tcW w:type="dxa" w:w="3915"/>
          </w:tcPr>
          <w:p>
            <w:r>
              <w:t>規約</w:t>
            </w:r>
          </w:p>
        </w:tc>
        <w:tc>
          <w:tcPr>
            <w:tcW w:type="dxa" w:w="3915"/>
          </w:tcPr>
          <w:p>
            <w:r>
              <w:t>規約</w:t>
            </w:r>
          </w:p>
        </w:tc>
      </w:tr>
      <w:tr>
        <w:tc>
          <w:tcPr>
            <w:tcW w:type="dxa" w:w="3393"/>
          </w:tcPr>
          <w:p>
            <w:r>
              <w:t>開催の日時・場所</w:t>
            </w:r>
          </w:p>
        </w:tc>
        <w:tc>
          <w:tcPr>
            <w:tcW w:type="dxa" w:w="3915"/>
          </w:tcPr>
          <w:p>
            <w:r>
              <w:t>必ず書く</w:t>
            </w:r>
          </w:p>
        </w:tc>
        <w:tc>
          <w:tcPr>
            <w:tcW w:type="dxa" w:w="3915"/>
          </w:tcPr>
          <w:p>
            <w:r>
              <w:t>書く</w:t>
            </w:r>
          </w:p>
        </w:tc>
        <w:tc>
          <w:tcPr>
            <w:tcW w:type="dxa" w:w="3915"/>
          </w:tcPr>
          <w:p>
            <w:r>
              <w:t>書く</w:t>
            </w:r>
          </w:p>
        </w:tc>
      </w:tr>
      <w:tr>
        <w:tc>
          <w:tcPr>
            <w:tcW w:type="dxa" w:w="3393"/>
          </w:tcPr>
          <w:p>
            <w:r>
              <w:t>議事の経過の要領とその結果</w:t>
            </w:r>
          </w:p>
        </w:tc>
        <w:tc>
          <w:tcPr>
            <w:tcW w:type="dxa" w:w="3915"/>
          </w:tcPr>
          <w:p>
            <w:r>
              <w:t>必ず書く</w:t>
            </w:r>
          </w:p>
        </w:tc>
        <w:tc>
          <w:tcPr>
            <w:tcW w:type="dxa" w:w="3915"/>
          </w:tcPr>
          <w:p>
            <w:r>
              <w:t>書く</w:t>
            </w:r>
          </w:p>
        </w:tc>
        <w:tc>
          <w:tcPr>
            <w:tcW w:type="dxa" w:w="3915"/>
          </w:tcPr>
          <w:p>
            <w:r>
              <w:t>書く</w:t>
            </w:r>
          </w:p>
        </w:tc>
      </w:tr>
      <w:tr>
        <w:tc>
          <w:tcPr>
            <w:tcW w:type="dxa" w:w="3393"/>
          </w:tcPr>
          <w:p>
            <w:r>
              <w:t>出席した理事・監事の氏名</w:t>
            </w:r>
          </w:p>
        </w:tc>
        <w:tc>
          <w:tcPr>
            <w:tcW w:type="dxa" w:w="3915"/>
          </w:tcPr>
          <w:p>
            <w:r>
              <w:t>必ず書く</w:t>
            </w:r>
          </w:p>
        </w:tc>
        <w:tc>
          <w:tcPr>
            <w:tcW w:type="dxa" w:w="3915"/>
          </w:tcPr>
          <w:p>
            <w:r>
              <w:t>役員の出席を書くとよい</w:t>
            </w:r>
          </w:p>
        </w:tc>
        <w:tc>
          <w:tcPr>
            <w:tcW w:type="dxa" w:w="3915"/>
          </w:tcPr>
          <w:p>
            <w:r>
              <w:t>役員の出席を書くとよい</w:t>
            </w:r>
          </w:p>
        </w:tc>
      </w:tr>
      <w:tr>
        <w:tc>
          <w:tcPr>
            <w:tcW w:type="dxa" w:w="3393"/>
          </w:tcPr>
          <w:p>
            <w:r>
              <w:t>議長の氏名</w:t>
            </w:r>
          </w:p>
        </w:tc>
        <w:tc>
          <w:tcPr>
            <w:tcW w:type="dxa" w:w="3915"/>
          </w:tcPr>
          <w:p>
            <w:r>
              <w:t>必ず書く</w:t>
            </w:r>
          </w:p>
        </w:tc>
        <w:tc>
          <w:tcPr>
            <w:tcW w:type="dxa" w:w="3915"/>
          </w:tcPr>
          <w:p>
            <w:r>
              <w:t>書く</w:t>
            </w:r>
          </w:p>
        </w:tc>
        <w:tc>
          <w:tcPr>
            <w:tcW w:type="dxa" w:w="3915"/>
          </w:tcPr>
          <w:p>
            <w:r>
              <w:t>書く</w:t>
            </w:r>
          </w:p>
        </w:tc>
      </w:tr>
      <w:tr>
        <w:tc>
          <w:tcPr>
            <w:tcW w:type="dxa" w:w="3393"/>
          </w:tcPr>
          <w:p>
            <w:r>
              <w:t>議事録を作成した理事の氏名</w:t>
            </w:r>
          </w:p>
        </w:tc>
        <w:tc>
          <w:tcPr>
            <w:tcW w:type="dxa" w:w="3915"/>
          </w:tcPr>
          <w:p>
            <w:r>
              <w:t>必ず書く</w:t>
            </w:r>
          </w:p>
        </w:tc>
        <w:tc>
          <w:tcPr>
            <w:tcW w:type="dxa" w:w="3915"/>
          </w:tcPr>
          <w:p>
            <w:r>
              <w:t>作成者を書くとよい</w:t>
            </w:r>
          </w:p>
        </w:tc>
        <w:tc>
          <w:tcPr>
            <w:tcW w:type="dxa" w:w="3915"/>
          </w:tcPr>
          <w:p>
            <w:r>
              <w:t>作成者を書くとよい</w:t>
            </w:r>
          </w:p>
        </w:tc>
      </w:tr>
      <w:tr>
        <w:tc>
          <w:tcPr>
            <w:tcW w:type="dxa" w:w="3393"/>
          </w:tcPr>
          <w:p>
            <w:r>
              <w:t>出席者数（委任状・書面の内訳）</w:t>
            </w:r>
          </w:p>
        </w:tc>
        <w:tc>
          <w:tcPr>
            <w:tcW w:type="dxa" w:w="3915"/>
          </w:tcPr>
          <w:p>
            <w:r>
              <w:t>定足数の確認のため書く</w:t>
            </w:r>
          </w:p>
        </w:tc>
        <w:tc>
          <w:tcPr>
            <w:tcW w:type="dxa" w:w="3915"/>
          </w:tcPr>
          <w:p>
            <w:r>
              <w:t>規約の成立条件の確認のため書く</w:t>
            </w:r>
          </w:p>
        </w:tc>
        <w:tc>
          <w:tcPr>
            <w:tcW w:type="dxa" w:w="3915"/>
          </w:tcPr>
          <w:p>
            <w:r>
              <w:t>規約の成立条件の確認のため書く</w:t>
            </w:r>
          </w:p>
        </w:tc>
      </w:tr>
      <w:tr>
        <w:tc>
          <w:tcPr>
            <w:tcW w:type="dxa" w:w="3393"/>
          </w:tcPr>
          <w:p>
            <w:r>
              <w:t>署名・押印</w:t>
            </w:r>
          </w:p>
        </w:tc>
        <w:tc>
          <w:tcPr>
            <w:tcW w:type="dxa" w:w="3915"/>
          </w:tcPr>
          <w:p>
            <w:r>
              <w:t>定款の定めに従う</w:t>
            </w:r>
          </w:p>
        </w:tc>
        <w:tc>
          <w:tcPr>
            <w:tcW w:type="dxa" w:w="3915"/>
          </w:tcPr>
          <w:p>
            <w:r>
              <w:t>規約の定めに従う</w:t>
            </w:r>
          </w:p>
        </w:tc>
        <w:tc>
          <w:tcPr>
            <w:tcW w:type="dxa" w:w="3915"/>
          </w:tcPr>
          <w:p>
            <w:r>
              <w:t>規約の定めに従う</w:t>
            </w:r>
          </w:p>
        </w:tc>
      </w:tr>
      <w:tr>
        <w:tc>
          <w:tcPr>
            <w:tcW w:type="dxa" w:w="3393"/>
          </w:tcPr>
          <w:p>
            <w:r>
              <w:t>保存</w:t>
            </w:r>
          </w:p>
        </w:tc>
        <w:tc>
          <w:tcPr>
            <w:tcW w:type="dxa" w:w="3915"/>
          </w:tcPr>
          <w:p>
            <w:r>
              <w:t>総会の日から10年間、主たる事務所に備え置く</w:t>
            </w:r>
          </w:p>
        </w:tc>
        <w:tc>
          <w:tcPr>
            <w:tcW w:type="dxa" w:w="3915"/>
          </w:tcPr>
          <w:p>
            <w:r>
              <w:t>規約で決める（交付金の申請で総会資料を出すことがある）</w:t>
            </w:r>
          </w:p>
        </w:tc>
        <w:tc>
          <w:tcPr>
            <w:tcW w:type="dxa" w:w="3915"/>
          </w:tcPr>
          <w:p>
            <w:r>
              <w:t>規約で決める</w:t>
            </w:r>
          </w:p>
        </w:tc>
      </w:tr>
    </w:tbl>
    <w:p>
      <w:r>
        <w:rPr>
          <w:color w:val="555555"/>
          <w:sz w:val="17"/>
        </w:rPr>
        <w:t>※ 集落営農が経営所得安定対策に加入する場合、交付申請で総会資料などの提出を求められます（経営所得安定対策等実施要綱）。</w:t>
      </w:r>
    </w:p>
    <w:p>
      <w:r>
        <w:rPr>
          <w:color w:val="888888"/>
          <w:sz w:val="16"/>
        </w:rPr>
        <w:t>ミノリス（minorisu.com）の無料テンプレート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総会議事録</dc:title>
  <dc:subject/>
  <dc:creator>ミノリス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