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集落営農組織 規約</w:t>
      </w:r>
    </w:p>
    <w:p>
      <w:r>
        <w:t>組織の名称：</w:t>
      </w:r>
    </w:p>
    <w:p>
      <w:r>
        <w:t>制定日（改正日）：</w:t>
      </w:r>
    </w:p>
    <w:p>
      <w:r>
        <w:t>代表者：</w:t>
      </w:r>
    </w:p>
    <w:tbl>
      <w:tblPr>
        <w:tblStyle w:val="TableGrid"/>
        <w:tblW w:type="auto" w:w="0"/>
        <w:jc w:val="center"/>
        <w:tblLook w:firstColumn="1" w:firstRow="1" w:lastColumn="0" w:lastRow="0" w:noHBand="0" w:noVBand="1" w:val="04A0"/>
      </w:tblPr>
      <w:tblGrid>
        <w:gridCol w:w="5103"/>
        <w:gridCol w:w="5103"/>
      </w:tblGrid>
      <w:tr>
        <w:tc>
          <w:tcPr>
            <w:tcW w:type="dxa" w:w="2291"/>
          </w:tcPr>
          <w:p>
            <w:r>
              <w:rPr>
                <w:b/>
              </w:rPr>
              <w:t>条項</w:t>
            </w:r>
          </w:p>
        </w:tc>
        <w:tc>
          <w:tcPr>
            <w:tcW w:type="dxa" w:w="7914"/>
          </w:tcPr>
          <w:p>
            <w:r>
              <w:rPr>
                <w:b/>
              </w:rPr>
              <w:t>規約に書く内容</w:t>
            </w:r>
          </w:p>
        </w:tc>
      </w:tr>
      <w:tr>
        <w:tc>
          <w:tcPr>
            <w:tcW w:type="dxa" w:w="2291"/>
          </w:tcPr>
          <w:p>
            <w:r>
              <w:t>目的（要件）</w:t>
            </w:r>
          </w:p>
        </w:tc>
        <w:tc>
          <w:tcPr>
            <w:tcW w:type="dxa" w:w="7914"/>
          </w:tcPr>
          <w:p>
            <w:r/>
          </w:p>
        </w:tc>
      </w:tr>
      <w:tr>
        <w:tc>
          <w:tcPr>
            <w:tcW w:type="dxa" w:w="2291"/>
          </w:tcPr>
          <w:p>
            <w:r>
              <w:t>名称・事務所</w:t>
            </w:r>
          </w:p>
        </w:tc>
        <w:tc>
          <w:tcPr>
            <w:tcW w:type="dxa" w:w="7914"/>
          </w:tcPr>
          <w:p>
            <w:r>
              <w:t>名称：　　　　　　　　　　　事務所：</w:t>
            </w:r>
          </w:p>
        </w:tc>
      </w:tr>
      <w:tr>
        <w:tc>
          <w:tcPr>
            <w:tcW w:type="dxa" w:w="2291"/>
          </w:tcPr>
          <w:p>
            <w:r>
              <w:t>事業</w:t>
            </w:r>
          </w:p>
        </w:tc>
        <w:tc>
          <w:tcPr>
            <w:tcW w:type="dxa" w:w="7914"/>
          </w:tcPr>
          <w:p>
            <w:r/>
          </w:p>
        </w:tc>
      </w:tr>
      <w:tr>
        <w:tc>
          <w:tcPr>
            <w:tcW w:type="dxa" w:w="2291"/>
          </w:tcPr>
          <w:p>
            <w:r>
              <w:t>構成員の資格（要件）</w:t>
            </w:r>
          </w:p>
        </w:tc>
        <w:tc>
          <w:tcPr>
            <w:tcW w:type="dxa" w:w="7914"/>
          </w:tcPr>
          <w:p>
            <w:r/>
          </w:p>
        </w:tc>
      </w:tr>
      <w:tr>
        <w:tc>
          <w:tcPr>
            <w:tcW w:type="dxa" w:w="2291"/>
          </w:tcPr>
          <w:p>
            <w:r>
              <w:t>加入（要件）</w:t>
            </w:r>
          </w:p>
        </w:tc>
        <w:tc>
          <w:tcPr>
            <w:tcW w:type="dxa" w:w="7914"/>
          </w:tcPr>
          <w:p>
            <w:r>
              <w:t>申込みの方法：　　　　　　承認する場：</w:t>
            </w:r>
          </w:p>
        </w:tc>
      </w:tr>
      <w:tr>
        <w:tc>
          <w:tcPr>
            <w:tcW w:type="dxa" w:w="2291"/>
          </w:tcPr>
          <w:p>
            <w:r>
              <w:t>脱退（要件）</w:t>
            </w:r>
          </w:p>
        </w:tc>
        <w:tc>
          <w:tcPr>
            <w:tcW w:type="dxa" w:w="7914"/>
          </w:tcPr>
          <w:p>
            <w:r>
              <w:t>予告の方法・時期：　　　　　　脱退時の精算：</w:t>
            </w:r>
          </w:p>
        </w:tc>
      </w:tr>
      <w:tr>
        <w:tc>
          <w:tcPr>
            <w:tcW w:type="dxa" w:w="2291"/>
          </w:tcPr>
          <w:p>
            <w:r>
              <w:t>代表者・役員（要件）</w:t>
            </w:r>
          </w:p>
        </w:tc>
        <w:tc>
          <w:tcPr>
            <w:tcW w:type="dxa" w:w="7914"/>
          </w:tcPr>
          <w:p>
            <w:r>
              <w:t>役職と人数：　　　　　選任の方法：　　　　　任期：</w:t>
            </w:r>
          </w:p>
        </w:tc>
      </w:tr>
      <w:tr>
        <w:tc>
          <w:tcPr>
            <w:tcW w:type="dxa" w:w="2291"/>
          </w:tcPr>
          <w:p>
            <w:r>
              <w:t>総会の議決事項（要件）</w:t>
            </w:r>
          </w:p>
        </w:tc>
        <w:tc>
          <w:tcPr>
            <w:tcW w:type="dxa" w:w="7914"/>
          </w:tcPr>
          <w:p>
            <w:r>
              <w:t>規約の変更、事業計画・予算、決算、役員の選任、</w:t>
            </w:r>
          </w:p>
        </w:tc>
      </w:tr>
      <w:tr>
        <w:tc>
          <w:tcPr>
            <w:tcW w:type="dxa" w:w="2291"/>
          </w:tcPr>
          <w:p>
            <w:r>
              <w:t>総会の議決方法（要件）</w:t>
            </w:r>
          </w:p>
        </w:tc>
        <w:tc>
          <w:tcPr>
            <w:tcW w:type="dxa" w:w="7914"/>
          </w:tcPr>
          <w:p>
            <w:r>
              <w:t>開く時期：　　　成立の条件：　　　議決権（1人1票など）：　　　特別な議決：</w:t>
            </w:r>
          </w:p>
        </w:tc>
      </w:tr>
      <w:tr>
        <w:tc>
          <w:tcPr>
            <w:tcW w:type="dxa" w:w="2291"/>
          </w:tcPr>
          <w:p>
            <w:r>
              <w:t>農用地の利用・管理（要件）</w:t>
            </w:r>
          </w:p>
        </w:tc>
        <w:tc>
          <w:tcPr>
            <w:tcW w:type="dxa" w:w="7914"/>
          </w:tcPr>
          <w:p>
            <w:r/>
          </w:p>
        </w:tc>
      </w:tr>
      <w:tr>
        <w:tc>
          <w:tcPr>
            <w:tcW w:type="dxa" w:w="2291"/>
          </w:tcPr>
          <w:p>
            <w:r>
              <w:t>機械・施設の利用・管理（要件）</w:t>
            </w:r>
          </w:p>
        </w:tc>
        <w:tc>
          <w:tcPr>
            <w:tcW w:type="dxa" w:w="7914"/>
          </w:tcPr>
          <w:p>
            <w:r/>
          </w:p>
        </w:tc>
      </w:tr>
      <w:tr>
        <w:tc>
          <w:tcPr>
            <w:tcW w:type="dxa" w:w="2291"/>
          </w:tcPr>
          <w:p>
            <w:r>
              <w:t>共同販売経理（要件）</w:t>
            </w:r>
          </w:p>
        </w:tc>
        <w:tc>
          <w:tcPr>
            <w:tcW w:type="dxa" w:w="7914"/>
          </w:tcPr>
          <w:p>
            <w:r>
              <w:t>組織名義の口座：　　　　　　販売の名義：</w:t>
            </w:r>
          </w:p>
        </w:tc>
      </w:tr>
      <w:tr>
        <w:tc>
          <w:tcPr>
            <w:tcW w:type="dxa" w:w="2291"/>
          </w:tcPr>
          <w:p>
            <w:r>
              <w:t>費用の負担と利益の配分</w:t>
            </w:r>
          </w:p>
        </w:tc>
        <w:tc>
          <w:tcPr>
            <w:tcW w:type="dxa" w:w="7914"/>
          </w:tcPr>
          <w:p>
            <w:r>
              <w:t>配分の基準（出役・面積・出資など）：</w:t>
            </w:r>
          </w:p>
        </w:tc>
      </w:tr>
      <w:tr>
        <w:tc>
          <w:tcPr>
            <w:tcW w:type="dxa" w:w="2291"/>
          </w:tcPr>
          <w:p>
            <w:r>
              <w:t>出役・作業料金</w:t>
            </w:r>
          </w:p>
        </w:tc>
        <w:tc>
          <w:tcPr>
            <w:tcW w:type="dxa" w:w="7914"/>
          </w:tcPr>
          <w:p>
            <w:r>
              <w:t>記録の方法：　　　　　　単価の決め方：</w:t>
            </w:r>
          </w:p>
        </w:tc>
      </w:tr>
      <w:tr>
        <w:tc>
          <w:tcPr>
            <w:tcW w:type="dxa" w:w="2291"/>
          </w:tcPr>
          <w:p>
            <w:r>
              <w:t>会計・監査</w:t>
            </w:r>
          </w:p>
        </w:tc>
        <w:tc>
          <w:tcPr>
            <w:tcW w:type="dxa" w:w="7914"/>
          </w:tcPr>
          <w:p>
            <w:r>
              <w:t>会計年度：</w:t>
            </w:r>
          </w:p>
        </w:tc>
      </w:tr>
      <w:tr>
        <w:tc>
          <w:tcPr>
            <w:tcW w:type="dxa" w:w="2291"/>
          </w:tcPr>
          <w:p>
            <w:r>
              <w:t>法人化</w:t>
            </w:r>
          </w:p>
        </w:tc>
        <w:tc>
          <w:tcPr>
            <w:tcW w:type="dxa" w:w="7914"/>
          </w:tcPr>
          <w:p>
            <w:r>
              <w:t>めざす時期：</w:t>
            </w:r>
          </w:p>
        </w:tc>
      </w:tr>
      <w:tr>
        <w:tc>
          <w:tcPr>
            <w:tcW w:type="dxa" w:w="2291"/>
          </w:tcPr>
          <w:p>
            <w:r>
              <w:t>解散</w:t>
            </w:r>
          </w:p>
        </w:tc>
        <w:tc>
          <w:tcPr>
            <w:tcW w:type="dxa" w:w="7914"/>
          </w:tcPr>
          <w:p>
            <w:r/>
          </w:p>
        </w:tc>
      </w:tr>
      <w:tr>
        <w:tc>
          <w:tcPr>
            <w:tcW w:type="dxa" w:w="2291"/>
          </w:tcPr>
          <w:p>
            <w:r>
              <w:t>附則</w:t>
            </w:r>
          </w:p>
        </w:tc>
        <w:tc>
          <w:tcPr>
            <w:tcW w:type="dxa" w:w="7914"/>
          </w:tcPr>
          <w:p>
            <w:r>
              <w:t>この規約は　　　年　　月　　日から施行する。</w:t>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bl>
    <w:p>
      <w:r>
        <w:rPr>
          <w:color w:val="555555"/>
          <w:sz w:val="17"/>
        </w:rPr>
        <w:t>※ 記入例は架空の組織です。「要件」とあるのは、農林水産省の経営所得安定対策等実施要綱で、集落営農（法人を除く）が交付金の対象になるために定款又は規約に記載が求められている事項です。対策に加入しない組織でも、運営の基本として決めておくと役立ちます。</w:t>
      </w:r>
    </w:p>
    <w:p>
      <w:r>
        <w:rPr>
          <w:color w:val="555555"/>
          <w:sz w:val="17"/>
        </w:rPr>
        <w:t>※ 要件は毎年度の要綱の改正で変わることがあります。加入の申請の前に、地方農政局・地域農業再生協議会・市町村に確かめてください。</w:t>
      </w:r>
    </w:p>
    <w:p>
      <w:r>
        <w:rPr>
          <w:color w:val="555555"/>
          <w:sz w:val="17"/>
        </w:rPr>
        <w:t>※ 構成員への配分や作業料金の税務上の扱いは、税理士や税務署に確かめてください。</w:t>
      </w:r>
    </w:p>
    <w:p>
      <w:pPr>
        <w:sectPr>
          <w:pgSz w:w="11906" w:h="16838"/>
          <w:pgMar w:top="850" w:right="850" w:bottom="850" w:left="850" w:header="720" w:footer="720" w:gutter="0"/>
          <w:cols w:space="720"/>
          <w:docGrid w:linePitch="360"/>
        </w:sectPr>
      </w:pPr>
    </w:p>
    <w:p>
      <w:pPr>
        <w:jc w:val="center"/>
      </w:pPr>
      <w:r>
        <w:rPr>
          <w:b/>
          <w:sz w:val="26"/>
        </w:rPr>
        <w:t>集落営農の要件チェック表（経営所得安定対策）</w:t>
      </w:r>
    </w:p>
    <w:p>
      <w:r>
        <w:t>組織の名称：</w:t>
      </w:r>
    </w:p>
    <w:p>
      <w:r>
        <w:t>確認した日：</w:t>
      </w:r>
    </w:p>
    <w:p>
      <w:r>
        <w:t>確認した人：</w:t>
      </w:r>
    </w:p>
    <w:tbl>
      <w:tblPr>
        <w:tblStyle w:val="TableGrid"/>
        <w:tblW w:type="auto" w:w="0"/>
        <w:jc w:val="center"/>
        <w:tblLook w:firstColumn="1" w:firstRow="1" w:lastColumn="0" w:lastRow="0" w:noHBand="0" w:noVBand="1" w:val="04A0"/>
      </w:tblPr>
      <w:tblGrid>
        <w:gridCol w:w="2551"/>
        <w:gridCol w:w="2551"/>
        <w:gridCol w:w="2551"/>
        <w:gridCol w:w="2551"/>
      </w:tblGrid>
      <w:tr>
        <w:tc>
          <w:tcPr>
            <w:tcW w:type="dxa" w:w="1531"/>
          </w:tcPr>
          <w:p>
            <w:r>
              <w:rPr>
                <w:b/>
              </w:rPr>
              <w:t>区分</w:t>
            </w:r>
          </w:p>
        </w:tc>
        <w:tc>
          <w:tcPr>
            <w:tcW w:type="dxa" w:w="6378"/>
          </w:tcPr>
          <w:p>
            <w:r>
              <w:rPr>
                <w:b/>
              </w:rPr>
              <w:t>確かめること</w:t>
            </w:r>
          </w:p>
        </w:tc>
        <w:tc>
          <w:tcPr>
            <w:tcW w:type="dxa" w:w="1276"/>
          </w:tcPr>
          <w:p>
            <w:r>
              <w:rPr>
                <w:b/>
              </w:rPr>
              <w:t>規約の条</w:t>
            </w:r>
          </w:p>
        </w:tc>
        <w:tc>
          <w:tcPr>
            <w:tcW w:type="dxa" w:w="1020"/>
          </w:tcPr>
          <w:p>
            <w:r>
              <w:rPr>
                <w:b/>
              </w:rPr>
              <w:t>確認</w:t>
            </w:r>
          </w:p>
        </w:tc>
      </w:tr>
      <w:tr>
        <w:tc>
          <w:tcPr>
            <w:tcW w:type="dxa" w:w="1531"/>
          </w:tcPr>
          <w:p>
            <w:r>
              <w:t>記載事項</w:t>
            </w:r>
          </w:p>
        </w:tc>
        <w:tc>
          <w:tcPr>
            <w:tcW w:type="dxa" w:w="6378"/>
          </w:tcPr>
          <w:p>
            <w:r>
              <w:t>目的</w:t>
            </w:r>
          </w:p>
        </w:tc>
        <w:tc>
          <w:tcPr>
            <w:tcW w:type="dxa" w:w="1276"/>
          </w:tcPr>
          <w:p>
            <w:r/>
          </w:p>
        </w:tc>
        <w:tc>
          <w:tcPr>
            <w:tcW w:type="dxa" w:w="1020"/>
          </w:tcPr>
          <w:p>
            <w:r/>
          </w:p>
        </w:tc>
      </w:tr>
      <w:tr>
        <w:tc>
          <w:tcPr>
            <w:tcW w:type="dxa" w:w="1531"/>
          </w:tcPr>
          <w:p>
            <w:r>
              <w:t>記載事項</w:t>
            </w:r>
          </w:p>
        </w:tc>
        <w:tc>
          <w:tcPr>
            <w:tcW w:type="dxa" w:w="6378"/>
          </w:tcPr>
          <w:p>
            <w:r>
              <w:t>構成員たる資格</w:t>
            </w:r>
          </w:p>
        </w:tc>
        <w:tc>
          <w:tcPr>
            <w:tcW w:type="dxa" w:w="1276"/>
          </w:tcPr>
          <w:p>
            <w:r/>
          </w:p>
        </w:tc>
        <w:tc>
          <w:tcPr>
            <w:tcW w:type="dxa" w:w="1020"/>
          </w:tcPr>
          <w:p>
            <w:r/>
          </w:p>
        </w:tc>
      </w:tr>
      <w:tr>
        <w:tc>
          <w:tcPr>
            <w:tcW w:type="dxa" w:w="1531"/>
          </w:tcPr>
          <w:p>
            <w:r>
              <w:t>記載事項</w:t>
            </w:r>
          </w:p>
        </w:tc>
        <w:tc>
          <w:tcPr>
            <w:tcW w:type="dxa" w:w="6378"/>
          </w:tcPr>
          <w:p>
            <w:r>
              <w:t>構成員の加入及び脱退に関する事項</w:t>
            </w:r>
          </w:p>
        </w:tc>
        <w:tc>
          <w:tcPr>
            <w:tcW w:type="dxa" w:w="1276"/>
          </w:tcPr>
          <w:p>
            <w:r/>
          </w:p>
        </w:tc>
        <w:tc>
          <w:tcPr>
            <w:tcW w:type="dxa" w:w="1020"/>
          </w:tcPr>
          <w:p>
            <w:r/>
          </w:p>
        </w:tc>
      </w:tr>
      <w:tr>
        <w:tc>
          <w:tcPr>
            <w:tcW w:type="dxa" w:w="1531"/>
          </w:tcPr>
          <w:p>
            <w:r>
              <w:t>記載事項</w:t>
            </w:r>
          </w:p>
        </w:tc>
        <w:tc>
          <w:tcPr>
            <w:tcW w:type="dxa" w:w="6378"/>
          </w:tcPr>
          <w:p>
            <w:r>
              <w:t>代表者に関する事項</w:t>
            </w:r>
          </w:p>
        </w:tc>
        <w:tc>
          <w:tcPr>
            <w:tcW w:type="dxa" w:w="1276"/>
          </w:tcPr>
          <w:p>
            <w:r/>
          </w:p>
        </w:tc>
        <w:tc>
          <w:tcPr>
            <w:tcW w:type="dxa" w:w="1020"/>
          </w:tcPr>
          <w:p>
            <w:r/>
          </w:p>
        </w:tc>
      </w:tr>
      <w:tr>
        <w:tc>
          <w:tcPr>
            <w:tcW w:type="dxa" w:w="1531"/>
          </w:tcPr>
          <w:p>
            <w:r>
              <w:t>記載事項</w:t>
            </w:r>
          </w:p>
        </w:tc>
        <w:tc>
          <w:tcPr>
            <w:tcW w:type="dxa" w:w="6378"/>
          </w:tcPr>
          <w:p>
            <w:r>
              <w:t>総会の議決事項</w:t>
            </w:r>
          </w:p>
        </w:tc>
        <w:tc>
          <w:tcPr>
            <w:tcW w:type="dxa" w:w="1276"/>
          </w:tcPr>
          <w:p>
            <w:r/>
          </w:p>
        </w:tc>
        <w:tc>
          <w:tcPr>
            <w:tcW w:type="dxa" w:w="1020"/>
          </w:tcPr>
          <w:p>
            <w:r/>
          </w:p>
        </w:tc>
      </w:tr>
      <w:tr>
        <w:tc>
          <w:tcPr>
            <w:tcW w:type="dxa" w:w="1531"/>
          </w:tcPr>
          <w:p>
            <w:r>
              <w:t>記載事項</w:t>
            </w:r>
          </w:p>
        </w:tc>
        <w:tc>
          <w:tcPr>
            <w:tcW w:type="dxa" w:w="6378"/>
          </w:tcPr>
          <w:p>
            <w:r>
              <w:t>総会の議決方法</w:t>
            </w:r>
          </w:p>
        </w:tc>
        <w:tc>
          <w:tcPr>
            <w:tcW w:type="dxa" w:w="1276"/>
          </w:tcPr>
          <w:p>
            <w:r/>
          </w:p>
        </w:tc>
        <w:tc>
          <w:tcPr>
            <w:tcW w:type="dxa" w:w="1020"/>
          </w:tcPr>
          <w:p>
            <w:r/>
          </w:p>
        </w:tc>
      </w:tr>
      <w:tr>
        <w:tc>
          <w:tcPr>
            <w:tcW w:type="dxa" w:w="1531"/>
          </w:tcPr>
          <w:p>
            <w:r>
              <w:t>記載事項</w:t>
            </w:r>
          </w:p>
        </w:tc>
        <w:tc>
          <w:tcPr>
            <w:tcW w:type="dxa" w:w="6378"/>
          </w:tcPr>
          <w:p>
            <w:r>
              <w:t>農用地の利用及び管理に関すること</w:t>
            </w:r>
          </w:p>
        </w:tc>
        <w:tc>
          <w:tcPr>
            <w:tcW w:type="dxa" w:w="1276"/>
          </w:tcPr>
          <w:p>
            <w:r/>
          </w:p>
        </w:tc>
        <w:tc>
          <w:tcPr>
            <w:tcW w:type="dxa" w:w="1020"/>
          </w:tcPr>
          <w:p>
            <w:r/>
          </w:p>
        </w:tc>
      </w:tr>
      <w:tr>
        <w:tc>
          <w:tcPr>
            <w:tcW w:type="dxa" w:w="1531"/>
          </w:tcPr>
          <w:p>
            <w:r>
              <w:t>記載事項</w:t>
            </w:r>
          </w:p>
        </w:tc>
        <w:tc>
          <w:tcPr>
            <w:tcW w:type="dxa" w:w="6378"/>
          </w:tcPr>
          <w:p>
            <w:r>
              <w:t>農業用機械及び農業用施設の利用及び管理に関すること</w:t>
            </w:r>
          </w:p>
        </w:tc>
        <w:tc>
          <w:tcPr>
            <w:tcW w:type="dxa" w:w="1276"/>
          </w:tcPr>
          <w:p>
            <w:r/>
          </w:p>
        </w:tc>
        <w:tc>
          <w:tcPr>
            <w:tcW w:type="dxa" w:w="1020"/>
          </w:tcPr>
          <w:p>
            <w:r/>
          </w:p>
        </w:tc>
      </w:tr>
      <w:tr>
        <w:tc>
          <w:tcPr>
            <w:tcW w:type="dxa" w:w="1531"/>
          </w:tcPr>
          <w:p>
            <w:r>
              <w:t>内容の基準</w:t>
            </w:r>
          </w:p>
        </w:tc>
        <w:tc>
          <w:tcPr>
            <w:tcW w:type="dxa" w:w="6378"/>
          </w:tcPr>
          <w:p>
            <w:r>
              <w:t>加入・脱退に不当な制約がない</w:t>
            </w:r>
          </w:p>
        </w:tc>
        <w:tc>
          <w:tcPr>
            <w:tcW w:type="dxa" w:w="1276"/>
          </w:tcPr>
          <w:p>
            <w:r/>
          </w:p>
        </w:tc>
        <w:tc>
          <w:tcPr>
            <w:tcW w:type="dxa" w:w="1020"/>
          </w:tcPr>
          <w:p>
            <w:r/>
          </w:p>
        </w:tc>
      </w:tr>
      <w:tr>
        <w:tc>
          <w:tcPr>
            <w:tcW w:type="dxa" w:w="1531"/>
          </w:tcPr>
          <w:p>
            <w:r>
              <w:t>内容の基準</w:t>
            </w:r>
          </w:p>
        </w:tc>
        <w:tc>
          <w:tcPr>
            <w:tcW w:type="dxa" w:w="6378"/>
          </w:tcPr>
          <w:p>
            <w:r>
              <w:t>代表者の選任の手続が明らか</w:t>
            </w:r>
          </w:p>
        </w:tc>
        <w:tc>
          <w:tcPr>
            <w:tcW w:type="dxa" w:w="1276"/>
          </w:tcPr>
          <w:p>
            <w:r/>
          </w:p>
        </w:tc>
        <w:tc>
          <w:tcPr>
            <w:tcW w:type="dxa" w:w="1020"/>
          </w:tcPr>
          <w:p>
            <w:r/>
          </w:p>
        </w:tc>
      </w:tr>
      <w:tr>
        <w:tc>
          <w:tcPr>
            <w:tcW w:type="dxa" w:w="1531"/>
          </w:tcPr>
          <w:p>
            <w:r>
              <w:t>内容の基準</w:t>
            </w:r>
          </w:p>
        </w:tc>
        <w:tc>
          <w:tcPr>
            <w:tcW w:type="dxa" w:w="6378"/>
          </w:tcPr>
          <w:p>
            <w:r>
              <w:t>規約の変更その他の重要事項が総会の議決事項になっている</w:t>
            </w:r>
          </w:p>
        </w:tc>
        <w:tc>
          <w:tcPr>
            <w:tcW w:type="dxa" w:w="1276"/>
          </w:tcPr>
          <w:p>
            <w:r/>
          </w:p>
        </w:tc>
        <w:tc>
          <w:tcPr>
            <w:tcW w:type="dxa" w:w="1020"/>
          </w:tcPr>
          <w:p>
            <w:r/>
          </w:p>
        </w:tc>
      </w:tr>
      <w:tr>
        <w:tc>
          <w:tcPr>
            <w:tcW w:type="dxa" w:w="1531"/>
          </w:tcPr>
          <w:p>
            <w:r>
              <w:t>内容の基準</w:t>
            </w:r>
          </w:p>
        </w:tc>
        <w:tc>
          <w:tcPr>
            <w:tcW w:type="dxa" w:w="6378"/>
          </w:tcPr>
          <w:p>
            <w:r>
              <w:t>総会の議決方法が構成員の参加を不当に差別していない</w:t>
            </w:r>
          </w:p>
        </w:tc>
        <w:tc>
          <w:tcPr>
            <w:tcW w:type="dxa" w:w="1276"/>
          </w:tcPr>
          <w:p>
            <w:r/>
          </w:p>
        </w:tc>
        <w:tc>
          <w:tcPr>
            <w:tcW w:type="dxa" w:w="1020"/>
          </w:tcPr>
          <w:p>
            <w:r/>
          </w:p>
        </w:tc>
      </w:tr>
      <w:tr>
        <w:tc>
          <w:tcPr>
            <w:tcW w:type="dxa" w:w="1531"/>
          </w:tcPr>
          <w:p>
            <w:r>
              <w:t>共同販売経理</w:t>
            </w:r>
          </w:p>
        </w:tc>
        <w:tc>
          <w:tcPr>
            <w:tcW w:type="dxa" w:w="6378"/>
          </w:tcPr>
          <w:p>
            <w:r>
              <w:t>代表者名義の口座があり、農産物を組織の名義で販売し、販売収入をその口座に入れている</w:t>
            </w:r>
          </w:p>
        </w:tc>
        <w:tc>
          <w:tcPr>
            <w:tcW w:type="dxa" w:w="1276"/>
          </w:tcPr>
          <w:p>
            <w:r/>
          </w:p>
        </w:tc>
        <w:tc>
          <w:tcPr>
            <w:tcW w:type="dxa" w:w="1020"/>
          </w:tcPr>
          <w:p>
            <w:r/>
          </w:p>
        </w:tc>
      </w:tr>
      <w:tr>
        <w:tc>
          <w:tcPr>
            <w:tcW w:type="dxa" w:w="1531"/>
          </w:tcPr>
          <w:p>
            <w:r>
              <w:t>共同販売経理</w:t>
            </w:r>
          </w:p>
        </w:tc>
        <w:tc>
          <w:tcPr>
            <w:tcW w:type="dxa" w:w="6378"/>
          </w:tcPr>
          <w:p>
            <w:r>
              <w:t>耕作の費用を全ての構成員が共同して負担し、利益を全ての構成員に配分している</w:t>
            </w:r>
          </w:p>
        </w:tc>
        <w:tc>
          <w:tcPr>
            <w:tcW w:type="dxa" w:w="1276"/>
          </w:tcPr>
          <w:p>
            <w:r/>
          </w:p>
        </w:tc>
        <w:tc>
          <w:tcPr>
            <w:tcW w:type="dxa" w:w="1020"/>
          </w:tcPr>
          <w:p>
            <w:r/>
          </w:p>
        </w:tc>
      </w:tr>
      <w:tr>
        <w:tc>
          <w:tcPr>
            <w:tcW w:type="dxa" w:w="1531"/>
          </w:tcPr>
          <w:p>
            <w:r>
              <w:t>法人化</w:t>
            </w:r>
          </w:p>
        </w:tc>
        <w:tc>
          <w:tcPr>
            <w:tcW w:type="dxa" w:w="6378"/>
          </w:tcPr>
          <w:p>
            <w:r>
              <w:t>農地利用の集積と法人化を確実に行うと市町村から判断を受けている</w:t>
            </w:r>
          </w:p>
        </w:tc>
        <w:tc>
          <w:tcPr>
            <w:tcW w:type="dxa" w:w="1276"/>
          </w:tcPr>
          <w:p>
            <w:r/>
          </w:p>
        </w:tc>
        <w:tc>
          <w:tcPr>
            <w:tcW w:type="dxa" w:w="1020"/>
          </w:tcPr>
          <w:p>
            <w:r/>
          </w:p>
        </w:tc>
      </w:tr>
      <w:tr>
        <w:tc>
          <w:tcPr>
            <w:tcW w:type="dxa" w:w="1531"/>
          </w:tcPr>
          <w:p>
            <w:r>
              <w:t>提出書類</w:t>
            </w:r>
          </w:p>
        </w:tc>
        <w:tc>
          <w:tcPr>
            <w:tcW w:type="dxa" w:w="6378"/>
          </w:tcPr>
          <w:p>
            <w:r>
              <w:t>規約の写し・構成員名簿の写し・代表者名義の預金通帳の写し・総会資料</w:t>
            </w:r>
          </w:p>
        </w:tc>
        <w:tc>
          <w:tcPr>
            <w:tcW w:type="dxa" w:w="1276"/>
          </w:tcPr>
          <w:p>
            <w:r/>
          </w:p>
        </w:tc>
        <w:tc>
          <w:tcPr>
            <w:tcW w:type="dxa" w:w="1020"/>
          </w:tcPr>
          <w:p>
            <w:r/>
          </w:p>
        </w:tc>
      </w:tr>
      <w:tr>
        <w:tc>
          <w:tcPr>
            <w:tcW w:type="dxa" w:w="1531"/>
          </w:tcPr>
          <w:p>
            <w:r/>
          </w:p>
        </w:tc>
        <w:tc>
          <w:tcPr>
            <w:tcW w:type="dxa" w:w="6378"/>
          </w:tcPr>
          <w:p>
            <w:r/>
          </w:p>
        </w:tc>
        <w:tc>
          <w:tcPr>
            <w:tcW w:type="dxa" w:w="1276"/>
          </w:tcPr>
          <w:p>
            <w:r/>
          </w:p>
        </w:tc>
        <w:tc>
          <w:tcPr>
            <w:tcW w:type="dxa" w:w="1020"/>
          </w:tcPr>
          <w:p>
            <w:r/>
          </w:p>
        </w:tc>
      </w:tr>
      <w:tr>
        <w:tc>
          <w:tcPr>
            <w:tcW w:type="dxa" w:w="1531"/>
          </w:tcPr>
          <w:p>
            <w:r/>
          </w:p>
        </w:tc>
        <w:tc>
          <w:tcPr>
            <w:tcW w:type="dxa" w:w="6378"/>
          </w:tcPr>
          <w:p>
            <w:r/>
          </w:p>
        </w:tc>
        <w:tc>
          <w:tcPr>
            <w:tcW w:type="dxa" w:w="1276"/>
          </w:tcPr>
          <w:p>
            <w:r/>
          </w:p>
        </w:tc>
        <w:tc>
          <w:tcPr>
            <w:tcW w:type="dxa" w:w="1020"/>
          </w:tcPr>
          <w:p>
            <w:r/>
          </w:p>
        </w:tc>
      </w:tr>
    </w:tbl>
    <w:p>
      <w:r>
        <w:rPr>
          <w:color w:val="555555"/>
          <w:sz w:val="17"/>
        </w:rPr>
        <w:t>※ 経営所得安定対策等実施要綱（令和8年1月13日一部改正）の集落営農の要件を、項目ごとに書き出したものです。特定農業団体は別の扱いになります。</w:t>
      </w:r>
    </w:p>
    <w:p>
      <w:r>
        <w:rPr>
          <w:color w:val="555555"/>
          <w:sz w:val="17"/>
        </w:rPr>
        <w:t>※ 前年度までに出した書類から変わりがなければ、提出を省略できる場合があります。</w:t>
      </w:r>
    </w:p>
    <w:p>
      <w:pPr>
        <w:sectPr>
          <w:pgSz w:w="11906" w:h="16838"/>
          <w:pgMar w:top="850" w:right="850" w:bottom="850" w:left="850" w:header="720" w:footer="720" w:gutter="0"/>
          <w:cols w:space="720"/>
          <w:docGrid w:linePitch="360"/>
        </w:sectPr>
      </w:pPr>
    </w:p>
    <w:p>
      <w:pPr>
        <w:jc w:val="center"/>
      </w:pPr>
      <w:r>
        <w:rPr>
          <w:b/>
          <w:sz w:val="26"/>
        </w:rPr>
        <w:t>構成員名簿</w:t>
      </w:r>
    </w:p>
    <w:p>
      <w:r>
        <w:t>組織の名称：</w:t>
      </w:r>
    </w:p>
    <w:p>
      <w:r>
        <w:t>年度：</w:t>
      </w:r>
    </w:p>
    <w:tbl>
      <w:tblPr>
        <w:tblStyle w:val="TableGrid"/>
        <w:tblW w:type="auto" w:w="0"/>
        <w:jc w:val="center"/>
        <w:tblLook w:firstColumn="1" w:firstRow="1" w:lastColumn="0" w:lastRow="0" w:noHBand="0" w:noVBand="1" w:val="04A0"/>
      </w:tblPr>
      <w:tblGrid>
        <w:gridCol w:w="1276"/>
        <w:gridCol w:w="1276"/>
        <w:gridCol w:w="1276"/>
        <w:gridCol w:w="1276"/>
        <w:gridCol w:w="1276"/>
        <w:gridCol w:w="1276"/>
        <w:gridCol w:w="1276"/>
        <w:gridCol w:w="1276"/>
      </w:tblGrid>
      <w:tr>
        <w:tc>
          <w:tcPr>
            <w:tcW w:type="dxa" w:w="625"/>
          </w:tcPr>
          <w:p>
            <w:r>
              <w:rPr>
                <w:b/>
              </w:rPr>
              <w:t>番号</w:t>
            </w:r>
          </w:p>
        </w:tc>
        <w:tc>
          <w:tcPr>
            <w:tcW w:type="dxa" w:w="1458"/>
          </w:tcPr>
          <w:p>
            <w:r>
              <w:rPr>
                <w:b/>
              </w:rPr>
              <w:t>氏名</w:t>
            </w:r>
          </w:p>
        </w:tc>
        <w:tc>
          <w:tcPr>
            <w:tcW w:type="dxa" w:w="2499"/>
          </w:tcPr>
          <w:p>
            <w:r>
              <w:rPr>
                <w:b/>
              </w:rPr>
              <w:t>住所</w:t>
            </w:r>
          </w:p>
        </w:tc>
        <w:tc>
          <w:tcPr>
            <w:tcW w:type="dxa" w:w="1250"/>
          </w:tcPr>
          <w:p>
            <w:r>
              <w:rPr>
                <w:b/>
              </w:rPr>
              <w:t>提供する農用地（a）</w:t>
            </w:r>
          </w:p>
        </w:tc>
        <w:tc>
          <w:tcPr>
            <w:tcW w:type="dxa" w:w="1145"/>
          </w:tcPr>
          <w:p>
            <w:r>
              <w:rPr>
                <w:b/>
              </w:rPr>
              <w:t>出資・負担金</w:t>
            </w:r>
          </w:p>
        </w:tc>
        <w:tc>
          <w:tcPr>
            <w:tcW w:type="dxa" w:w="1041"/>
          </w:tcPr>
          <w:p>
            <w:r>
              <w:rPr>
                <w:b/>
              </w:rPr>
              <w:t>加入日</w:t>
            </w:r>
          </w:p>
        </w:tc>
        <w:tc>
          <w:tcPr>
            <w:tcW w:type="dxa" w:w="1041"/>
          </w:tcPr>
          <w:p>
            <w:r>
              <w:rPr>
                <w:b/>
              </w:rPr>
              <w:t>脱退日</w:t>
            </w:r>
          </w:p>
        </w:tc>
        <w:tc>
          <w:tcPr>
            <w:tcW w:type="dxa" w:w="1145"/>
          </w:tcPr>
          <w:p>
            <w:r>
              <w:rPr>
                <w:b/>
              </w:rPr>
              <w:t>役職・担当</w:t>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r>
        <w:tc>
          <w:tcPr>
            <w:tcW w:type="dxa" w:w="625"/>
          </w:tcPr>
          <w:p>
            <w:r/>
          </w:p>
        </w:tc>
        <w:tc>
          <w:tcPr>
            <w:tcW w:type="dxa" w:w="1458"/>
          </w:tcPr>
          <w:p>
            <w:r/>
          </w:p>
        </w:tc>
        <w:tc>
          <w:tcPr>
            <w:tcW w:type="dxa" w:w="2499"/>
          </w:tcPr>
          <w:p>
            <w:r/>
          </w:p>
        </w:tc>
        <w:tc>
          <w:tcPr>
            <w:tcW w:type="dxa" w:w="1250"/>
          </w:tcPr>
          <w:p>
            <w:r/>
          </w:p>
        </w:tc>
        <w:tc>
          <w:tcPr>
            <w:tcW w:type="dxa" w:w="1145"/>
          </w:tcPr>
          <w:p>
            <w:r/>
          </w:p>
        </w:tc>
        <w:tc>
          <w:tcPr>
            <w:tcW w:type="dxa" w:w="1041"/>
          </w:tcPr>
          <w:p>
            <w:r/>
          </w:p>
        </w:tc>
        <w:tc>
          <w:tcPr>
            <w:tcW w:type="dxa" w:w="1041"/>
          </w:tcPr>
          <w:p>
            <w:r/>
          </w:p>
        </w:tc>
        <w:tc>
          <w:tcPr>
            <w:tcW w:type="dxa" w:w="1145"/>
          </w:tcPr>
          <w:p>
            <w:r/>
          </w:p>
        </w:tc>
      </w:tr>
    </w:tbl>
    <w:p>
      <w:r>
        <w:rPr>
          <w:color w:val="555555"/>
          <w:sz w:val="17"/>
        </w:rPr>
        <w:t>※ 名簿は個人情報です。事務の担当者が保管し、組織の運営と交付金の申請以外に使わないようにします。</w:t>
      </w:r>
    </w:p>
    <w:p>
      <w:r>
        <w:rPr>
          <w:color w:val="888888"/>
          <w:sz w:val="16"/>
        </w:rPr>
        <w:t>ミノリス（minorisu.com）の無料テンプレート</w:t>
      </w:r>
    </w:p>
    <w:sectPr w:rsidR="00FC693F" w:rsidRPr="0006063C"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集落営農組織 規約</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