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農作業受委託契約書</w:t>
      </w:r>
    </w:p>
    <w:p>
      <w:r>
        <w:t>契約日：</w:t>
      </w:r>
    </w:p>
    <w:p>
      <w:r>
        <w:t>委託者（甲）：</w:t>
      </w:r>
    </w:p>
    <w:p>
      <w:r>
        <w:t>受託者（乙）：</w:t>
      </w:r>
    </w:p>
    <w:tbl>
      <w:tblPr>
        <w:tblStyle w:val="TableGrid"/>
        <w:tblW w:type="auto" w:w="0"/>
        <w:jc w:val="center"/>
        <w:tblLook w:firstColumn="1" w:firstRow="1" w:lastColumn="0" w:lastRow="0" w:noHBand="0" w:noVBand="1" w:val="04A0"/>
      </w:tblPr>
      <w:tblGrid>
        <w:gridCol w:w="5103"/>
        <w:gridCol w:w="5103"/>
      </w:tblGrid>
      <w:tr>
        <w:tc>
          <w:tcPr>
            <w:tcW w:type="dxa" w:w="2291"/>
          </w:tcPr>
          <w:p>
            <w:r>
              <w:rPr>
                <w:b/>
              </w:rPr>
              <w:t>項目</w:t>
            </w:r>
          </w:p>
        </w:tc>
        <w:tc>
          <w:tcPr>
            <w:tcW w:type="dxa" w:w="7914"/>
          </w:tcPr>
          <w:p>
            <w:r>
              <w:rPr>
                <w:b/>
              </w:rPr>
              <w:t>記入欄</w:t>
            </w:r>
          </w:p>
        </w:tc>
      </w:tr>
      <w:tr>
        <w:tc>
          <w:tcPr>
            <w:tcW w:type="dxa" w:w="2291"/>
          </w:tcPr>
          <w:p>
            <w:r>
              <w:t>受委託の種類</w:t>
            </w:r>
          </w:p>
        </w:tc>
        <w:tc>
          <w:tcPr>
            <w:tcW w:type="dxa" w:w="7914"/>
          </w:tcPr>
          <w:p>
            <w:r>
              <w:t>部分作業の受委託・特定農作業受委託（基幹三作業＋受託者名義で販売）</w:t>
            </w:r>
          </w:p>
        </w:tc>
      </w:tr>
      <w:tr>
        <w:tc>
          <w:tcPr>
            <w:tcW w:type="dxa" w:w="2291"/>
          </w:tcPr>
          <w:p>
            <w:r>
              <w:t>委託者（甲）</w:t>
            </w:r>
          </w:p>
        </w:tc>
        <w:tc>
          <w:tcPr>
            <w:tcW w:type="dxa" w:w="7914"/>
          </w:tcPr>
          <w:p>
            <w:r>
              <w:t>住所：　　　　　　　　　　　　　氏名：</w:t>
            </w:r>
          </w:p>
        </w:tc>
      </w:tr>
      <w:tr>
        <w:tc>
          <w:tcPr>
            <w:tcW w:type="dxa" w:w="2291"/>
          </w:tcPr>
          <w:p>
            <w:r>
              <w:t>受託者（乙）</w:t>
            </w:r>
          </w:p>
        </w:tc>
        <w:tc>
          <w:tcPr>
            <w:tcW w:type="dxa" w:w="7914"/>
          </w:tcPr>
          <w:p>
            <w:r>
              <w:t>住所：　　　　　　　　　　　　　氏名：</w:t>
            </w:r>
          </w:p>
        </w:tc>
      </w:tr>
      <w:tr>
        <w:tc>
          <w:tcPr>
            <w:tcW w:type="dxa" w:w="2291"/>
          </w:tcPr>
          <w:p>
            <w:r>
              <w:t>対象の圃場と作業</w:t>
            </w:r>
          </w:p>
        </w:tc>
        <w:tc>
          <w:tcPr>
            <w:tcW w:type="dxa" w:w="7914"/>
          </w:tcPr>
          <w:p>
            <w:r>
              <w:t>別表のとおり</w:t>
            </w:r>
          </w:p>
        </w:tc>
      </w:tr>
      <w:tr>
        <w:tc>
          <w:tcPr>
            <w:tcW w:type="dxa" w:w="2291"/>
          </w:tcPr>
          <w:p>
            <w:r>
              <w:t>契約期間</w:t>
            </w:r>
          </w:p>
        </w:tc>
        <w:tc>
          <w:tcPr>
            <w:tcW w:type="dxa" w:w="7914"/>
          </w:tcPr>
          <w:p>
            <w:r>
              <w:t xml:space="preserve">　　年　月　日から　　年　月　日まで</w:t>
            </w:r>
          </w:p>
        </w:tc>
      </w:tr>
      <w:tr>
        <w:tc>
          <w:tcPr>
            <w:tcW w:type="dxa" w:w="2291"/>
          </w:tcPr>
          <w:p>
            <w:r>
              <w:t>作業の時期と連絡</w:t>
            </w:r>
          </w:p>
        </w:tc>
        <w:tc>
          <w:tcPr>
            <w:tcW w:type="dxa" w:w="7914"/>
          </w:tcPr>
          <w:p>
            <w:r/>
          </w:p>
        </w:tc>
      </w:tr>
      <w:tr>
        <w:tc>
          <w:tcPr>
            <w:tcW w:type="dxa" w:w="2291"/>
          </w:tcPr>
          <w:p>
            <w:r>
              <w:t>作業前の圃場の準備</w:t>
            </w:r>
          </w:p>
        </w:tc>
        <w:tc>
          <w:tcPr>
            <w:tcW w:type="dxa" w:w="7914"/>
          </w:tcPr>
          <w:p>
            <w:r/>
          </w:p>
        </w:tc>
      </w:tr>
      <w:tr>
        <w:tc>
          <w:tcPr>
            <w:tcW w:type="dxa" w:w="2291"/>
          </w:tcPr>
          <w:p>
            <w:r>
              <w:t>資材・燃料の負担</w:t>
            </w:r>
          </w:p>
        </w:tc>
        <w:tc>
          <w:tcPr>
            <w:tcW w:type="dxa" w:w="7914"/>
          </w:tcPr>
          <w:p>
            <w:r>
              <w:t>甲が用意するもの：　　　　　　　／料金に含むもの：</w:t>
            </w:r>
          </w:p>
        </w:tc>
      </w:tr>
      <w:tr>
        <w:tc>
          <w:tcPr>
            <w:tcW w:type="dxa" w:w="2291"/>
          </w:tcPr>
          <w:p>
            <w:r>
              <w:t>天候・災害による延期</w:t>
            </w:r>
          </w:p>
        </w:tc>
        <w:tc>
          <w:tcPr>
            <w:tcW w:type="dxa" w:w="7914"/>
          </w:tcPr>
          <w:p>
            <w:r/>
          </w:p>
        </w:tc>
      </w:tr>
      <w:tr>
        <w:tc>
          <w:tcPr>
            <w:tcW w:type="dxa" w:w="2291"/>
          </w:tcPr>
          <w:p>
            <w:r>
              <w:t>作業料金</w:t>
            </w:r>
          </w:p>
        </w:tc>
        <w:tc>
          <w:tcPr>
            <w:tcW w:type="dxa" w:w="7914"/>
          </w:tcPr>
          <w:p>
            <w:r>
              <w:t>別表のとおり（税込・税抜）</w:t>
            </w:r>
          </w:p>
        </w:tc>
      </w:tr>
      <w:tr>
        <w:tc>
          <w:tcPr>
            <w:tcW w:type="dxa" w:w="2291"/>
          </w:tcPr>
          <w:p>
            <w:r>
              <w:t>支払期日・方法</w:t>
            </w:r>
          </w:p>
        </w:tc>
        <w:tc>
          <w:tcPr>
            <w:tcW w:type="dxa" w:w="7914"/>
          </w:tcPr>
          <w:p>
            <w:r/>
          </w:p>
        </w:tc>
      </w:tr>
      <w:tr>
        <w:tc>
          <w:tcPr>
            <w:tcW w:type="dxa" w:w="2291"/>
          </w:tcPr>
          <w:p>
            <w:r>
              <w:t>作業の報告</w:t>
            </w:r>
          </w:p>
        </w:tc>
        <w:tc>
          <w:tcPr>
            <w:tcW w:type="dxa" w:w="7914"/>
          </w:tcPr>
          <w:p>
            <w:r/>
          </w:p>
        </w:tc>
      </w:tr>
      <w:tr>
        <w:tc>
          <w:tcPr>
            <w:tcW w:type="dxa" w:w="2291"/>
          </w:tcPr>
          <w:p>
            <w:r>
              <w:t>事故・損害の責任</w:t>
            </w:r>
          </w:p>
        </w:tc>
        <w:tc>
          <w:tcPr>
            <w:tcW w:type="dxa" w:w="7914"/>
          </w:tcPr>
          <w:p>
            <w:r/>
          </w:p>
        </w:tc>
      </w:tr>
      <w:tr>
        <w:tc>
          <w:tcPr>
            <w:tcW w:type="dxa" w:w="2291"/>
          </w:tcPr>
          <w:p>
            <w:r>
              <w:t>保険</w:t>
            </w:r>
          </w:p>
        </w:tc>
        <w:tc>
          <w:tcPr>
            <w:tcW w:type="dxa" w:w="7914"/>
          </w:tcPr>
          <w:p>
            <w:r>
              <w:t>乙の賠償責任保険　加入・未加入（　　　　　　）</w:t>
            </w:r>
          </w:p>
        </w:tc>
      </w:tr>
      <w:tr>
        <w:tc>
          <w:tcPr>
            <w:tcW w:type="dxa" w:w="2291"/>
          </w:tcPr>
          <w:p>
            <w:r>
              <w:t>販売の委託と精算（特定農作業受委託の場合）</w:t>
            </w:r>
          </w:p>
        </w:tc>
        <w:tc>
          <w:tcPr>
            <w:tcW w:type="dxa" w:w="7914"/>
          </w:tcPr>
          <w:p>
            <w:r>
              <w:t>販売の名義：　　　　／販売代金からの差引：　　　　／甲への支払：</w:t>
            </w:r>
          </w:p>
        </w:tc>
      </w:tr>
      <w:tr>
        <w:tc>
          <w:tcPr>
            <w:tcW w:type="dxa" w:w="2291"/>
          </w:tcPr>
          <w:p>
            <w:r>
              <w:t>交付金の受け取り（特定農作業受委託の場合）</w:t>
            </w:r>
          </w:p>
        </w:tc>
        <w:tc>
          <w:tcPr>
            <w:tcW w:type="dxa" w:w="7914"/>
          </w:tcPr>
          <w:p>
            <w:r/>
          </w:p>
        </w:tc>
      </w:tr>
      <w:tr>
        <w:tc>
          <w:tcPr>
            <w:tcW w:type="dxa" w:w="2291"/>
          </w:tcPr>
          <w:p>
            <w:r>
              <w:t>契約の変更・解約</w:t>
            </w:r>
          </w:p>
        </w:tc>
        <w:tc>
          <w:tcPr>
            <w:tcW w:type="dxa" w:w="7914"/>
          </w:tcPr>
          <w:p>
            <w:r/>
          </w:p>
        </w:tc>
      </w:tr>
      <w:tr>
        <w:tc>
          <w:tcPr>
            <w:tcW w:type="dxa" w:w="2291"/>
          </w:tcPr>
          <w:p>
            <w:r>
              <w:t>その他</w:t>
            </w:r>
          </w:p>
        </w:tc>
        <w:tc>
          <w:tcPr>
            <w:tcW w:type="dxa" w:w="7914"/>
          </w:tcPr>
          <w:p>
            <w:r/>
          </w:p>
        </w:tc>
      </w:tr>
      <w:tr>
        <w:tc>
          <w:tcPr>
            <w:tcW w:type="dxa" w:w="2291"/>
          </w:tcPr>
          <w:p>
            <w:r>
              <w:t>署名</w:t>
            </w:r>
          </w:p>
        </w:tc>
        <w:tc>
          <w:tcPr>
            <w:tcW w:type="dxa" w:w="7914"/>
          </w:tcPr>
          <w:p>
            <w:r>
              <w:t>甲：　　　　　　　　　　　　　乙：</w:t>
            </w:r>
          </w:p>
        </w:tc>
      </w:tr>
    </w:tbl>
    <w:p>
      <w:r>
        <w:rPr>
          <w:color w:val="555555"/>
          <w:sz w:val="17"/>
        </w:rPr>
        <w:t>※ 記入例の人名・地名・金額は架空のものです。</w:t>
      </w:r>
    </w:p>
    <w:p>
      <w:r>
        <w:rPr>
          <w:color w:val="555555"/>
          <w:sz w:val="17"/>
        </w:rPr>
        <w:t>※ 農作業の受委託は、農地の貸し借り（賃借権などの設定）とは別の契約です。受託者が自分の計算で耕作・販売するなど、実態が貸し借りに近い場合の扱いは、農業委員会に相談してください。</w:t>
      </w:r>
    </w:p>
    <w:p>
      <w:r>
        <w:rPr>
          <w:color w:val="555555"/>
          <w:sz w:val="17"/>
        </w:rPr>
        <w:t>※ 基幹三作業（耕起・整地、は種、収穫）と販売までを受託者の名義で行う「特定農作業受委託」を交付金の申請に使う場合は、市町村・地域農業再生協議会の様式や必要事項を確かめてください。</w:t>
      </w:r>
    </w:p>
    <w:p>
      <w:r>
        <w:rPr>
          <w:color w:val="555555"/>
          <w:sz w:val="17"/>
        </w:rPr>
        <w:t>※ 事故の責任や保険は、契約の内容によって変わります。必要に応じて弁護士・行政書士などの専門家に確かめてください。</w:t>
      </w:r>
    </w:p>
    <w:p>
      <w:pPr>
        <w:sectPr>
          <w:pgSz w:w="11906" w:h="16838"/>
          <w:pgMar w:top="850" w:right="850" w:bottom="850" w:left="850" w:header="720" w:footer="720" w:gutter="0"/>
          <w:cols w:space="720"/>
          <w:docGrid w:linePitch="360"/>
        </w:sectPr>
      </w:pPr>
    </w:p>
    <w:p>
      <w:pPr>
        <w:jc w:val="center"/>
      </w:pPr>
      <w:r>
        <w:rPr>
          <w:b/>
          <w:sz w:val="26"/>
        </w:rPr>
        <w:t>別表　委託する圃場・作業と料金</w:t>
      </w:r>
    </w:p>
    <w:p>
      <w:r>
        <w:t>委託者（甲）：</w:t>
      </w:r>
    </w:p>
    <w:p>
      <w:r>
        <w:t>受託者（乙）：</w:t>
      </w:r>
    </w:p>
    <w:p>
      <w:r>
        <w:t>契約日：</w:t>
      </w:r>
    </w:p>
    <w:tbl>
      <w:tblPr>
        <w:tblStyle w:val="TableGrid"/>
        <w:tblW w:type="auto" w:w="0"/>
        <w:jc w:val="center"/>
        <w:tblLook w:firstColumn="1" w:firstRow="1" w:lastColumn="0" w:lastRow="0" w:noHBand="0" w:noVBand="1" w:val="04A0"/>
      </w:tblPr>
      <w:tblGrid>
        <w:gridCol w:w="1682"/>
        <w:gridCol w:w="1682"/>
        <w:gridCol w:w="1682"/>
        <w:gridCol w:w="1682"/>
        <w:gridCol w:w="1682"/>
        <w:gridCol w:w="1682"/>
        <w:gridCol w:w="1682"/>
        <w:gridCol w:w="1682"/>
        <w:gridCol w:w="1682"/>
      </w:tblGrid>
      <w:tr>
        <w:tc>
          <w:tcPr>
            <w:tcW w:type="dxa" w:w="2604"/>
          </w:tcPr>
          <w:p>
            <w:r>
              <w:rPr>
                <w:b/>
              </w:rPr>
              <w:t>所在・地番</w:t>
            </w:r>
          </w:p>
        </w:tc>
        <w:tc>
          <w:tcPr>
            <w:tcW w:type="dxa" w:w="814"/>
          </w:tcPr>
          <w:p>
            <w:r>
              <w:rPr>
                <w:b/>
              </w:rPr>
              <w:t>地目</w:t>
            </w:r>
          </w:p>
        </w:tc>
        <w:tc>
          <w:tcPr>
            <w:tcW w:type="dxa" w:w="1139"/>
          </w:tcPr>
          <w:p>
            <w:r>
              <w:rPr>
                <w:b/>
              </w:rPr>
              <w:t>面積（a）</w:t>
            </w:r>
          </w:p>
        </w:tc>
        <w:tc>
          <w:tcPr>
            <w:tcW w:type="dxa" w:w="1302"/>
          </w:tcPr>
          <w:p>
            <w:r>
              <w:rPr>
                <w:b/>
              </w:rPr>
              <w:t>作物</w:t>
            </w:r>
          </w:p>
        </w:tc>
        <w:tc>
          <w:tcPr>
            <w:tcW w:type="dxa" w:w="1953"/>
          </w:tcPr>
          <w:p>
            <w:r>
              <w:rPr>
                <w:b/>
              </w:rPr>
              <w:t>委託する作業</w:t>
            </w:r>
          </w:p>
        </w:tc>
        <w:tc>
          <w:tcPr>
            <w:tcW w:type="dxa" w:w="1465"/>
          </w:tcPr>
          <w:p>
            <w:r>
              <w:rPr>
                <w:b/>
              </w:rPr>
              <w:t>時期の目安</w:t>
            </w:r>
          </w:p>
        </w:tc>
        <w:tc>
          <w:tcPr>
            <w:tcW w:type="dxa" w:w="1628"/>
          </w:tcPr>
          <w:p>
            <w:r>
              <w:rPr>
                <w:b/>
              </w:rPr>
              <w:t>10aあたり料金（円）</w:t>
            </w:r>
          </w:p>
        </w:tc>
        <w:tc>
          <w:tcPr>
            <w:tcW w:type="dxa" w:w="1628"/>
          </w:tcPr>
          <w:p>
            <w:r>
              <w:rPr>
                <w:b/>
              </w:rPr>
              <w:t>料金（円）</w:t>
            </w:r>
          </w:p>
        </w:tc>
        <w:tc>
          <w:tcPr>
            <w:tcW w:type="dxa" w:w="2604"/>
          </w:tcPr>
          <w:p>
            <w:r>
              <w:rPr>
                <w:b/>
              </w:rPr>
              <w:t>備考</w:t>
            </w:r>
          </w:p>
        </w:tc>
      </w:tr>
      <w:tr>
        <w:tc>
          <w:tcPr>
            <w:tcW w:type="dxa" w:w="2604"/>
          </w:tcPr>
          <w:p>
            <w:r>
              <w:t>例 △△町字北田125</w:t>
            </w:r>
          </w:p>
        </w:tc>
        <w:tc>
          <w:tcPr>
            <w:tcW w:type="dxa" w:w="814"/>
          </w:tcPr>
          <w:p>
            <w:r>
              <w:t>田</w:t>
            </w:r>
          </w:p>
        </w:tc>
        <w:tc>
          <w:tcPr>
            <w:tcW w:type="dxa" w:w="1139"/>
          </w:tcPr>
          <w:p>
            <w:r>
              <w:t>25</w:t>
            </w:r>
          </w:p>
        </w:tc>
        <w:tc>
          <w:tcPr>
            <w:tcW w:type="dxa" w:w="1302"/>
          </w:tcPr>
          <w:p>
            <w:r>
              <w:t>水稲</w:t>
            </w:r>
          </w:p>
        </w:tc>
        <w:tc>
          <w:tcPr>
            <w:tcW w:type="dxa" w:w="1953"/>
          </w:tcPr>
          <w:p>
            <w:r>
              <w:t>耕起</w:t>
            </w:r>
          </w:p>
        </w:tc>
        <w:tc>
          <w:tcPr>
            <w:tcW w:type="dxa" w:w="1465"/>
          </w:tcPr>
          <w:p>
            <w:r>
              <w:t>4月中旬</w:t>
            </w:r>
          </w:p>
        </w:tc>
        <w:tc>
          <w:tcPr>
            <w:tcW w:type="dxa" w:w="1628"/>
          </w:tcPr>
          <w:p>
            <w:r>
              <w:t>7,500</w:t>
            </w:r>
          </w:p>
        </w:tc>
        <w:tc>
          <w:tcPr>
            <w:tcW w:type="dxa" w:w="1628"/>
          </w:tcPr>
          <w:p>
            <w:r>
              <w:t>18,750</w:t>
            </w:r>
          </w:p>
        </w:tc>
        <w:tc>
          <w:tcPr>
            <w:tcW w:type="dxa" w:w="2604"/>
          </w:tcPr>
          <w:p>
            <w:r>
              <w:t>5a未満の区画なし</w:t>
            </w:r>
          </w:p>
        </w:tc>
      </w:tr>
      <w:tr>
        <w:tc>
          <w:tcPr>
            <w:tcW w:type="dxa" w:w="2604"/>
          </w:tcPr>
          <w:p>
            <w:r>
              <w:t>例 △△町字北田125</w:t>
            </w:r>
          </w:p>
        </w:tc>
        <w:tc>
          <w:tcPr>
            <w:tcW w:type="dxa" w:w="814"/>
          </w:tcPr>
          <w:p>
            <w:r>
              <w:t>田</w:t>
            </w:r>
          </w:p>
        </w:tc>
        <w:tc>
          <w:tcPr>
            <w:tcW w:type="dxa" w:w="1139"/>
          </w:tcPr>
          <w:p>
            <w:r>
              <w:t>25</w:t>
            </w:r>
          </w:p>
        </w:tc>
        <w:tc>
          <w:tcPr>
            <w:tcW w:type="dxa" w:w="1302"/>
          </w:tcPr>
          <w:p>
            <w:r>
              <w:t>水稲</w:t>
            </w:r>
          </w:p>
        </w:tc>
        <w:tc>
          <w:tcPr>
            <w:tcW w:type="dxa" w:w="1953"/>
          </w:tcPr>
          <w:p>
            <w:r>
              <w:t>稲刈り（コンバイン）</w:t>
            </w:r>
          </w:p>
        </w:tc>
        <w:tc>
          <w:tcPr>
            <w:tcW w:type="dxa" w:w="1465"/>
          </w:tcPr>
          <w:p>
            <w:r>
              <w:t>9月下旬</w:t>
            </w:r>
          </w:p>
        </w:tc>
        <w:tc>
          <w:tcPr>
            <w:tcW w:type="dxa" w:w="1628"/>
          </w:tcPr>
          <w:p>
            <w:r>
              <w:t>20,000</w:t>
            </w:r>
          </w:p>
        </w:tc>
        <w:tc>
          <w:tcPr>
            <w:tcW w:type="dxa" w:w="1628"/>
          </w:tcPr>
          <w:p>
            <w:r>
              <w:t>50,000</w:t>
            </w:r>
          </w:p>
        </w:tc>
        <w:tc>
          <w:tcPr>
            <w:tcW w:type="dxa" w:w="2604"/>
          </w:tcPr>
          <w:p>
            <w:r>
              <w:t>籾の運搬は甲</w:t>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r>
        <w:tc>
          <w:tcPr>
            <w:tcW w:type="dxa" w:w="2604"/>
          </w:tcPr>
          <w:p>
            <w:r/>
          </w:p>
        </w:tc>
        <w:tc>
          <w:tcPr>
            <w:tcW w:type="dxa" w:w="814"/>
          </w:tcPr>
          <w:p>
            <w:r/>
          </w:p>
        </w:tc>
        <w:tc>
          <w:tcPr>
            <w:tcW w:type="dxa" w:w="1139"/>
          </w:tcPr>
          <w:p>
            <w:r/>
          </w:p>
        </w:tc>
        <w:tc>
          <w:tcPr>
            <w:tcW w:type="dxa" w:w="1302"/>
          </w:tcPr>
          <w:p>
            <w:r/>
          </w:p>
        </w:tc>
        <w:tc>
          <w:tcPr>
            <w:tcW w:type="dxa" w:w="1953"/>
          </w:tcPr>
          <w:p>
            <w:r/>
          </w:p>
        </w:tc>
        <w:tc>
          <w:tcPr>
            <w:tcW w:type="dxa" w:w="1465"/>
          </w:tcPr>
          <w:p>
            <w:r/>
          </w:p>
        </w:tc>
        <w:tc>
          <w:tcPr>
            <w:tcW w:type="dxa" w:w="1628"/>
          </w:tcPr>
          <w:p>
            <w:r/>
          </w:p>
        </w:tc>
        <w:tc>
          <w:tcPr>
            <w:tcW w:type="dxa" w:w="1628"/>
          </w:tcPr>
          <w:p>
            <w:r/>
          </w:p>
        </w:tc>
        <w:tc>
          <w:tcPr>
            <w:tcW w:type="dxa" w:w="2604"/>
          </w:tcPr>
          <w:p>
            <w:r/>
          </w:p>
        </w:tc>
      </w:tr>
    </w:tbl>
    <w:p>
      <w:r>
        <w:rPr>
          <w:color w:val="555555"/>
          <w:sz w:val="17"/>
        </w:rPr>
        <w:t>※ 料金は「面積（a）÷ 10 × 10aあたり料金」で出します（Excel では自動で計算されます）。時間や60kgあたりで決める作業は、備考に単位と数量を書きます。</w:t>
      </w:r>
    </w:p>
    <w:p>
      <w:r>
        <w:rPr>
          <w:color w:val="555555"/>
          <w:sz w:val="17"/>
        </w:rPr>
        <w:t>※ 料金の目安は、市町村の農業委員会などが公表する農作業の標準料金が参考になります。圃場の条件や資材・燃料の扱いで変わるので、当事者で話し合って決めます。</w:t>
      </w:r>
    </w:p>
    <w:p>
      <w:r>
        <w:rPr>
          <w:color w:val="888888"/>
          <w:sz w:val="16"/>
        </w:rPr>
        <w:t>ミノリス（minorisu.com）の無料テンプレート</w:t>
      </w:r>
    </w:p>
    <w:sectPr w:rsidR="00FC693F" w:rsidRPr="0006063C" w:rsidSect="00034616">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農作業受委託契約書</dc:title>
  <dc:subject/>
  <dc:creator>ミノリス</dc:creator>
  <cp:keywords/>
  <dc:description>generated by python-docx</dc:description>
  <cp:lastModifiedBy/>
  <cp:revision>1</cp:revision>
  <dcterms:created xsi:type="dcterms:W3CDTF">2013-12-23T23:15:00Z</dcterms:created>
  <dcterms:modified xsi:type="dcterms:W3CDTF">2013-12-23T23:15:00Z</dcterms:modified>
  <cp:category/>
</cp:coreProperties>
</file>