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労働者名簿</w:t>
      </w:r>
    </w:p>
    <w:p>
      <w:r>
        <w:t>事業場名：</w:t>
      </w:r>
    </w:p>
    <w:p>
      <w:r>
        <w:t>作成日：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551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7654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2551"/>
          </w:tcPr>
          <w:p>
            <w:r>
              <w:t>氏名（ふりがな）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生年月日</w:t>
            </w:r>
          </w:p>
        </w:tc>
        <w:tc>
          <w:tcPr>
            <w:tcW w:type="dxa" w:w="7654"/>
          </w:tcPr>
          <w:p>
            <w:r>
              <w:t xml:space="preserve">　　　　年　　月　　日</w:t>
            </w:r>
          </w:p>
        </w:tc>
      </w:tr>
      <w:tr>
        <w:tc>
          <w:tcPr>
            <w:tcW w:type="dxa" w:w="2551"/>
          </w:tcPr>
          <w:p>
            <w:r>
              <w:t>性別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住所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従事する業務の種類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雇入年月日</w:t>
            </w:r>
          </w:p>
        </w:tc>
        <w:tc>
          <w:tcPr>
            <w:tcW w:type="dxa" w:w="7654"/>
          </w:tcPr>
          <w:p>
            <w:r>
              <w:t xml:space="preserve">　　　　年　　月　　日</w:t>
            </w:r>
          </w:p>
        </w:tc>
      </w:tr>
      <w:tr>
        <w:tc>
          <w:tcPr>
            <w:tcW w:type="dxa" w:w="2551"/>
          </w:tcPr>
          <w:p>
            <w:r>
              <w:t>雇用の形態・契約期間（任意）</w:t>
            </w:r>
          </w:p>
        </w:tc>
        <w:tc>
          <w:tcPr>
            <w:tcW w:type="dxa" w:w="7654"/>
          </w:tcPr>
          <w:p>
            <w:r>
              <w:t>無期・有期（　　年　月　日〜　　年　月　日）</w:t>
            </w:r>
          </w:p>
        </w:tc>
      </w:tr>
      <w:tr>
        <w:tc>
          <w:tcPr>
            <w:tcW w:type="dxa" w:w="2551"/>
          </w:tcPr>
          <w:p>
            <w:r>
              <w:t>履歴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退職年月日</w:t>
            </w:r>
          </w:p>
        </w:tc>
        <w:tc>
          <w:tcPr>
            <w:tcW w:type="dxa" w:w="7654"/>
          </w:tcPr>
          <w:p>
            <w:r>
              <w:t xml:space="preserve">　　　　年　　月　　日</w:t>
            </w:r>
          </w:p>
        </w:tc>
      </w:tr>
      <w:tr>
        <w:tc>
          <w:tcPr>
            <w:tcW w:type="dxa" w:w="2551"/>
          </w:tcPr>
          <w:p>
            <w:r>
              <w:t>退職の事由（解雇の場合はその理由）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死亡年月日</w:t>
            </w:r>
          </w:p>
        </w:tc>
        <w:tc>
          <w:tcPr>
            <w:tcW w:type="dxa" w:w="7654"/>
          </w:tcPr>
          <w:p>
            <w:r>
              <w:t xml:space="preserve">　　　　年　　月　　日</w:t>
            </w:r>
          </w:p>
        </w:tc>
      </w:tr>
      <w:tr>
        <w:tc>
          <w:tcPr>
            <w:tcW w:type="dxa" w:w="2551"/>
          </w:tcPr>
          <w:p>
            <w:r>
              <w:t>死亡の原因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書き直した日・内容</w:t>
            </w:r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/>
          </w:p>
        </w:tc>
        <w:tc>
          <w:tcPr>
            <w:tcW w:type="dxa" w:w="7654"/>
          </w:tcPr>
          <w:p>
            <w:r/>
          </w:p>
        </w:tc>
      </w:tr>
      <w:tr>
        <w:tc>
          <w:tcPr>
            <w:tcW w:type="dxa" w:w="2551"/>
          </w:tcPr>
          <w:p>
            <w:r>
              <w:t>備考</w:t>
            </w:r>
          </w:p>
        </w:tc>
        <w:tc>
          <w:tcPr>
            <w:tcW w:type="dxa" w:w="7654"/>
          </w:tcPr>
          <w:p>
            <w:r/>
          </w:p>
        </w:tc>
      </w:tr>
    </w:tbl>
    <w:p>
      <w:r>
        <w:rPr>
          <w:color w:val="555555"/>
          <w:sz w:val="17"/>
        </w:rPr>
        <w:t>※ 労働基準法107条で、使用者は事業場ごとに、日々雇い入れる人を除く労働者1人ずつについて労働者名簿を作ることになっています。記載事項に変更があったときは、遅れずに書き直します。</w:t>
      </w:r>
    </w:p>
    <w:p>
      <w:r>
        <w:rPr>
          <w:color w:val="555555"/>
          <w:sz w:val="17"/>
        </w:rPr>
        <w:t>※ 氏名・生年月日・履歴・性別・住所・従事する業務の種類・雇入年月日・退職年月日と事由・死亡年月日と原因が、法令（労働基準法107条・施行規則53条）で決められた記載事項です。常時30人未満の事業では、従事する業務の種類は記入しなくてもよいとされています。「雇用の形態・契約期間」は、このテンプレートで足した任意の欄です。</w:t>
      </w:r>
    </w:p>
    <w:p>
      <w:r>
        <w:rPr>
          <w:color w:val="555555"/>
          <w:sz w:val="17"/>
        </w:rPr>
        <w:t>※ 退職・解雇・死亡の日から3年間保存します（労働基準法109条・143条、施行規則56条）。記入例の氏名・住所・経歴は架空のものです。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労働者名簿（一覧形式）</w:t>
      </w:r>
    </w:p>
    <w:p>
      <w:r>
        <w:t>事業場名：</w:t>
      </w:r>
    </w:p>
    <w:p>
      <w:r>
        <w:t>作成日：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  <w:gridCol w:w="1021"/>
      </w:tblGrid>
      <w:tr>
        <w:tc>
          <w:tcPr>
            <w:tcW w:type="dxa" w:w="1152"/>
          </w:tcPr>
          <w:p>
            <w:r>
              <w:rPr>
                <w:b/>
              </w:rPr>
              <w:t>氏名（ふりがな）</w:t>
            </w:r>
          </w:p>
        </w:tc>
        <w:tc>
          <w:tcPr>
            <w:tcW w:type="dxa" w:w="823"/>
          </w:tcPr>
          <w:p>
            <w:r>
              <w:rPr>
                <w:b/>
              </w:rPr>
              <w:t>生年月日</w:t>
            </w:r>
          </w:p>
        </w:tc>
        <w:tc>
          <w:tcPr>
            <w:tcW w:type="dxa" w:w="411"/>
          </w:tcPr>
          <w:p>
            <w:r>
              <w:rPr>
                <w:b/>
              </w:rPr>
              <w:t>性別</w:t>
            </w:r>
          </w:p>
        </w:tc>
        <w:tc>
          <w:tcPr>
            <w:tcW w:type="dxa" w:w="1481"/>
          </w:tcPr>
          <w:p>
            <w:r>
              <w:rPr>
                <w:b/>
              </w:rPr>
              <w:t>住所</w:t>
            </w:r>
          </w:p>
        </w:tc>
        <w:tc>
          <w:tcPr>
            <w:tcW w:type="dxa" w:w="1070"/>
          </w:tcPr>
          <w:p>
            <w:r>
              <w:rPr>
                <w:b/>
              </w:rPr>
              <w:t>従事する業務の種類</w:t>
            </w:r>
          </w:p>
        </w:tc>
        <w:tc>
          <w:tcPr>
            <w:tcW w:type="dxa" w:w="823"/>
          </w:tcPr>
          <w:p>
            <w:r>
              <w:rPr>
                <w:b/>
              </w:rPr>
              <w:t>雇入年月日</w:t>
            </w:r>
          </w:p>
        </w:tc>
        <w:tc>
          <w:tcPr>
            <w:tcW w:type="dxa" w:w="1317"/>
          </w:tcPr>
          <w:p>
            <w:r>
              <w:rPr>
                <w:b/>
              </w:rPr>
              <w:t>履歴</w:t>
            </w:r>
          </w:p>
        </w:tc>
        <w:tc>
          <w:tcPr>
            <w:tcW w:type="dxa" w:w="1152"/>
          </w:tcPr>
          <w:p>
            <w:r>
              <w:rPr>
                <w:b/>
              </w:rPr>
              <w:t>退職年月日・事由</w:t>
            </w:r>
          </w:p>
        </w:tc>
        <w:tc>
          <w:tcPr>
            <w:tcW w:type="dxa" w:w="905"/>
          </w:tcPr>
          <w:p>
            <w:r>
              <w:rPr>
                <w:b/>
              </w:rPr>
              <w:t>死亡年月日・原因</w:t>
            </w:r>
          </w:p>
        </w:tc>
        <w:tc>
          <w:tcPr>
            <w:tcW w:type="dxa" w:w="1070"/>
          </w:tcPr>
          <w:p>
            <w:r>
              <w:rPr>
                <w:b/>
              </w:rPr>
              <w:t>書き直した日・備考</w:t>
            </w:r>
          </w:p>
        </w:tc>
      </w:tr>
      <w:tr>
        <w:tc>
          <w:tcPr>
            <w:tcW w:type="dxa" w:w="1152"/>
          </w:tcPr>
          <w:p>
            <w:r>
              <w:t>例 佐藤 花子（さとう はなこ）</w:t>
            </w:r>
          </w:p>
        </w:tc>
        <w:tc>
          <w:tcPr>
            <w:tcW w:type="dxa" w:w="823"/>
          </w:tcPr>
          <w:p>
            <w:r>
              <w:t>1990/6/12</w:t>
            </w:r>
          </w:p>
        </w:tc>
        <w:tc>
          <w:tcPr>
            <w:tcW w:type="dxa" w:w="411"/>
          </w:tcPr>
          <w:p>
            <w:r>
              <w:t>女</w:t>
            </w:r>
          </w:p>
        </w:tc>
        <w:tc>
          <w:tcPr>
            <w:tcW w:type="dxa" w:w="1481"/>
          </w:tcPr>
          <w:p>
            <w:r>
              <w:t>〇〇県〇〇市〇〇町1-2-3</w:t>
            </w:r>
          </w:p>
        </w:tc>
        <w:tc>
          <w:tcPr>
            <w:tcW w:type="dxa" w:w="1070"/>
          </w:tcPr>
          <w:p>
            <w:r>
              <w:t>野菜の収穫・調製・出荷</w:t>
            </w:r>
          </w:p>
        </w:tc>
        <w:tc>
          <w:tcPr>
            <w:tcW w:type="dxa" w:w="823"/>
          </w:tcPr>
          <w:p>
            <w:r>
              <w:t>2026/4/1</w:t>
            </w:r>
          </w:p>
        </w:tc>
        <w:tc>
          <w:tcPr>
            <w:tcW w:type="dxa" w:w="1317"/>
          </w:tcPr>
          <w:p>
            <w:r>
              <w:t>2012〜2025年 食品工場で包装作業</w:t>
            </w:r>
          </w:p>
        </w:tc>
        <w:tc>
          <w:tcPr>
            <w:tcW w:type="dxa" w:w="1152"/>
          </w:tcPr>
          <w:p>
            <w:r>
              <w:t>2026/11/30 契約期間の満了</w:t>
            </w:r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>
              <w:t>2026/7/1 住所変更</w:t>
            </w:r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  <w:tr>
        <w:tc>
          <w:tcPr>
            <w:tcW w:type="dxa" w:w="1152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411"/>
          </w:tcPr>
          <w:p>
            <w:r/>
          </w:p>
        </w:tc>
        <w:tc>
          <w:tcPr>
            <w:tcW w:type="dxa" w:w="1481"/>
          </w:tcPr>
          <w:p>
            <w:r/>
          </w:p>
        </w:tc>
        <w:tc>
          <w:tcPr>
            <w:tcW w:type="dxa" w:w="1070"/>
          </w:tcPr>
          <w:p>
            <w:r/>
          </w:p>
        </w:tc>
        <w:tc>
          <w:tcPr>
            <w:tcW w:type="dxa" w:w="823"/>
          </w:tcPr>
          <w:p>
            <w:r/>
          </w:p>
        </w:tc>
        <w:tc>
          <w:tcPr>
            <w:tcW w:type="dxa" w:w="1317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905"/>
          </w:tcPr>
          <w:p>
            <w:r/>
          </w:p>
        </w:tc>
        <w:tc>
          <w:tcPr>
            <w:tcW w:type="dxa" w:w="1070"/>
          </w:tcPr>
          <w:p>
            <w:r/>
          </w:p>
        </w:tc>
      </w:tr>
    </w:tbl>
    <w:p>
      <w:r>
        <w:rPr>
          <w:color w:val="555555"/>
          <w:sz w:val="17"/>
        </w:rPr>
        <w:t>※ 1人1行で並べる形式です。記載事項がそろっていれば、様式は自由です（労働基準法施行規則59条の2）。書ききれない履歴や変更は、1人1枚の記入用シートに書きます。</w:t>
      </w:r>
    </w:p>
    <w:p>
      <w:r>
        <w:rPr>
          <w:color w:val="555555"/>
          <w:sz w:val="17"/>
        </w:rPr>
        <w:t>※ 年次有給休暇管理簿や賃金台帳と合わせて作ることもできます（施行規則55条の2）。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労働者名簿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