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機械利用組合 規約</w:t>
      </w:r>
    </w:p>
    <w:p>
      <w:r>
        <w:t>組合の名称：</w:t>
      </w:r>
    </w:p>
    <w:p>
      <w:r>
        <w:t>制定日（改正日）：</w:t>
      </w:r>
    </w:p>
    <w:p>
      <w:r>
        <w:t>組合長：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291"/>
          </w:tcPr>
          <w:p>
            <w:r>
              <w:rPr>
                <w:b/>
              </w:rPr>
              <w:t>条項</w:t>
            </w:r>
          </w:p>
        </w:tc>
        <w:tc>
          <w:tcPr>
            <w:tcW w:type="dxa" w:w="7914"/>
          </w:tcPr>
          <w:p>
            <w:r>
              <w:rPr>
                <w:b/>
              </w:rPr>
              <w:t>規約に書く内容</w:t>
            </w:r>
          </w:p>
        </w:tc>
      </w:tr>
      <w:tr>
        <w:tc>
          <w:tcPr>
            <w:tcW w:type="dxa" w:w="2291"/>
          </w:tcPr>
          <w:p>
            <w:r>
              <w:t>名称・事務所</w:t>
            </w:r>
          </w:p>
        </w:tc>
        <w:tc>
          <w:tcPr>
            <w:tcW w:type="dxa" w:w="7914"/>
          </w:tcPr>
          <w:p>
            <w:r>
              <w:t>名称：　　　　　　　　　　　事務所：</w:t>
            </w:r>
          </w:p>
        </w:tc>
      </w:tr>
      <w:tr>
        <w:tc>
          <w:tcPr>
            <w:tcW w:type="dxa" w:w="2291"/>
          </w:tcPr>
          <w:p>
            <w:r>
              <w:t>目的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対象の機械</w:t>
            </w:r>
          </w:p>
        </w:tc>
        <w:tc>
          <w:tcPr>
            <w:tcW w:type="dxa" w:w="7914"/>
          </w:tcPr>
          <w:p>
            <w:r>
              <w:t>機種・台数：　　　　　　　　保管場所：</w:t>
            </w:r>
          </w:p>
        </w:tc>
      </w:tr>
      <w:tr>
        <w:tc>
          <w:tcPr>
            <w:tcW w:type="dxa" w:w="2291"/>
          </w:tcPr>
          <w:p>
            <w:r>
              <w:t>組合員</w:t>
            </w:r>
          </w:p>
        </w:tc>
        <w:tc>
          <w:tcPr>
            <w:tcW w:type="dxa" w:w="7914"/>
          </w:tcPr>
          <w:p>
            <w:r>
              <w:t>使える人：</w:t>
            </w:r>
          </w:p>
        </w:tc>
      </w:tr>
      <w:tr>
        <w:tc>
          <w:tcPr>
            <w:tcW w:type="dxa" w:w="2291"/>
          </w:tcPr>
          <w:p>
            <w:r>
              <w:t>加入・脱退</w:t>
            </w:r>
          </w:p>
        </w:tc>
        <w:tc>
          <w:tcPr>
            <w:tcW w:type="dxa" w:w="7914"/>
          </w:tcPr>
          <w:p>
            <w:r>
              <w:t>加入の承認：　　　　　　脱退時の精算：</w:t>
            </w:r>
          </w:p>
        </w:tc>
      </w:tr>
      <w:tr>
        <w:tc>
          <w:tcPr>
            <w:tcW w:type="dxa" w:w="2291"/>
          </w:tcPr>
          <w:p>
            <w:r>
              <w:t>役員</w:t>
            </w:r>
          </w:p>
        </w:tc>
        <w:tc>
          <w:tcPr>
            <w:tcW w:type="dxa" w:w="7914"/>
          </w:tcPr>
          <w:p>
            <w:r>
              <w:t>役職と人数（機械の管理責任者）：　　　　　任期：</w:t>
            </w:r>
          </w:p>
        </w:tc>
      </w:tr>
      <w:tr>
        <w:tc>
          <w:tcPr>
            <w:tcW w:type="dxa" w:w="2291"/>
          </w:tcPr>
          <w:p>
            <w:r>
              <w:t>総会</w:t>
            </w:r>
          </w:p>
        </w:tc>
        <w:tc>
          <w:tcPr>
            <w:tcW w:type="dxa" w:w="7914"/>
          </w:tcPr>
          <w:p>
            <w:r>
              <w:t>開く時期：　　　成立の条件：　　　決めること：</w:t>
            </w:r>
          </w:p>
        </w:tc>
      </w:tr>
      <w:tr>
        <w:tc>
          <w:tcPr>
            <w:tcW w:type="dxa" w:w="2291"/>
          </w:tcPr>
          <w:p>
            <w:r>
              <w:t>利用の申込みと順番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利用のルール</w:t>
            </w:r>
          </w:p>
        </w:tc>
        <w:tc>
          <w:tcPr>
            <w:tcW w:type="dxa" w:w="7914"/>
          </w:tcPr>
          <w:p>
            <w:r>
              <w:t>燃料：　　　　点検・清掃：　　　　利用簿への記入：</w:t>
            </w:r>
          </w:p>
        </w:tc>
      </w:tr>
      <w:tr>
        <w:tc>
          <w:tcPr>
            <w:tcW w:type="dxa" w:w="2291"/>
          </w:tcPr>
          <w:p>
            <w:r>
              <w:t>故障・事故</w:t>
            </w:r>
          </w:p>
        </w:tc>
        <w:tc>
          <w:tcPr>
            <w:tcW w:type="dxa" w:w="7914"/>
          </w:tcPr>
          <w:p>
            <w:r>
              <w:t>報告の先：　　　　　修理費の負担：</w:t>
            </w:r>
          </w:p>
        </w:tc>
      </w:tr>
      <w:tr>
        <w:tc>
          <w:tcPr>
            <w:tcW w:type="dxa" w:w="2291"/>
          </w:tcPr>
          <w:p>
            <w:r>
              <w:t>費用の負担・利用料</w:t>
            </w:r>
          </w:p>
        </w:tc>
        <w:tc>
          <w:tcPr>
            <w:tcW w:type="dxa" w:w="7914"/>
          </w:tcPr>
          <w:p>
            <w:r>
              <w:t>負担の決め方（面積割・時間割）：　　　　利用料：</w:t>
            </w:r>
          </w:p>
        </w:tc>
      </w:tr>
      <w:tr>
        <w:tc>
          <w:tcPr>
            <w:tcW w:type="dxa" w:w="2291"/>
          </w:tcPr>
          <w:p>
            <w:r>
              <w:t>更新の積立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保険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帳簿</w:t>
            </w:r>
          </w:p>
        </w:tc>
        <w:tc>
          <w:tcPr>
            <w:tcW w:type="dxa" w:w="7914"/>
          </w:tcPr>
          <w:p>
            <w:r>
              <w:t>機械一覧・利用簿・経理簿：</w:t>
            </w:r>
          </w:p>
        </w:tc>
      </w:tr>
      <w:tr>
        <w:tc>
          <w:tcPr>
            <w:tcW w:type="dxa" w:w="2291"/>
          </w:tcPr>
          <w:p>
            <w:r>
              <w:t>会計年度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解散と機械の処分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規約の変更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附則</w:t>
            </w:r>
          </w:p>
        </w:tc>
        <w:tc>
          <w:tcPr>
            <w:tcW w:type="dxa" w:w="7914"/>
          </w:tcPr>
          <w:p>
            <w:r>
              <w:t>この規約は　　　年　　月　　日から施行する。</w:t>
            </w:r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</w:tbl>
    <w:p>
      <w:r>
        <w:rPr>
          <w:color w:val="555555"/>
          <w:sz w:val="17"/>
        </w:rPr>
        <w:t>※ 記入例は架空の組合です。機械利用組合の規約に決まった様式はありません。組合員で話し合い、総会で決めてください。</w:t>
      </w:r>
    </w:p>
    <w:p>
      <w:r>
        <w:rPr>
          <w:color w:val="555555"/>
          <w:sz w:val="17"/>
        </w:rPr>
        <w:t>※ 補助事業で機械を導入する場合は、事業の要綱で、規約の内容・共同利用者以外の使用の禁止・共済への加入・一定期間の処分の制限などが決められていることがあります。事業の窓口に確かめてください。</w:t>
      </w:r>
    </w:p>
    <w:p>
      <w:r>
        <w:rPr>
          <w:color w:val="555555"/>
          <w:sz w:val="17"/>
        </w:rPr>
        <w:t>※ 利用料の受け取りや経費の扱い、組合の会計・税金については、税理士や農協・普及指導センターに確かめてください。</w:t>
      </w:r>
    </w:p>
    <w:p>
      <w:pPr>
        <w:sectPr>
          <w:pgSz w:w="11906" w:h="16838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組合の機械一覧（別表）</w:t>
      </w:r>
    </w:p>
    <w:p>
      <w:r>
        <w:t>組合の名称：</w:t>
      </w:r>
    </w:p>
    <w:p>
      <w:r>
        <w:t>作成日：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783"/>
          </w:tcPr>
          <w:p>
            <w:r>
              <w:rPr>
                <w:b/>
              </w:rPr>
              <w:t>番号</w:t>
            </w:r>
          </w:p>
        </w:tc>
        <w:tc>
          <w:tcPr>
            <w:tcW w:type="dxa" w:w="2610"/>
          </w:tcPr>
          <w:p>
            <w:r>
              <w:rPr>
                <w:b/>
              </w:rPr>
              <w:t>機械名・型式</w:t>
            </w:r>
          </w:p>
        </w:tc>
        <w:tc>
          <w:tcPr>
            <w:tcW w:type="dxa" w:w="1305"/>
          </w:tcPr>
          <w:p>
            <w:r>
              <w:rPr>
                <w:b/>
              </w:rPr>
              <w:t>購入日</w:t>
            </w:r>
          </w:p>
        </w:tc>
        <w:tc>
          <w:tcPr>
            <w:tcW w:type="dxa" w:w="1566"/>
          </w:tcPr>
          <w:p>
            <w:r>
              <w:rPr>
                <w:b/>
              </w:rPr>
              <w:t>購入価格（円）</w:t>
            </w:r>
          </w:p>
        </w:tc>
        <w:tc>
          <w:tcPr>
            <w:tcW w:type="dxa" w:w="3132"/>
          </w:tcPr>
          <w:p>
            <w:r>
              <w:rPr>
                <w:b/>
              </w:rPr>
              <w:t>補助事業の名前・処分制限の期間</w:t>
            </w:r>
          </w:p>
        </w:tc>
        <w:tc>
          <w:tcPr>
            <w:tcW w:type="dxa" w:w="1827"/>
          </w:tcPr>
          <w:p>
            <w:r>
              <w:rPr>
                <w:b/>
              </w:rPr>
              <w:t>保管場所</w:t>
            </w:r>
          </w:p>
        </w:tc>
        <w:tc>
          <w:tcPr>
            <w:tcW w:type="dxa" w:w="1827"/>
          </w:tcPr>
          <w:p>
            <w:r>
              <w:rPr>
                <w:b/>
              </w:rPr>
              <w:t>共済・保険</w:t>
            </w:r>
          </w:p>
        </w:tc>
        <w:tc>
          <w:tcPr>
            <w:tcW w:type="dxa" w:w="2088"/>
          </w:tcPr>
          <w:p>
            <w:r>
              <w:rPr>
                <w:b/>
              </w:rPr>
              <w:t>備考</w:t>
            </w:r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783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1305"/>
          </w:tcPr>
          <w:p>
            <w:r/>
          </w:p>
        </w:tc>
        <w:tc>
          <w:tcPr>
            <w:tcW w:type="dxa" w:w="1566"/>
          </w:tcPr>
          <w:p>
            <w:r/>
          </w:p>
        </w:tc>
        <w:tc>
          <w:tcPr>
            <w:tcW w:type="dxa" w:w="3132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1827"/>
          </w:tcPr>
          <w:p>
            <w:r/>
          </w:p>
        </w:tc>
        <w:tc>
          <w:tcPr>
            <w:tcW w:type="dxa" w:w="2088"/>
          </w:tcPr>
          <w:p>
            <w:r/>
          </w:p>
        </w:tc>
      </w:tr>
    </w:tbl>
    <w:p>
      <w:r>
        <w:rPr>
          <w:color w:val="555555"/>
          <w:sz w:val="17"/>
        </w:rPr>
        <w:t>※ 補助事業で導入した機械は、事業の名前と、処分（売却・譲渡・廃棄）に制限がかかる期間を書いておきます。期間中に処分するときは、事業の窓口に相談します。</w:t>
      </w:r>
    </w:p>
    <w:p>
      <w:r>
        <w:rPr>
          <w:color w:val="555555"/>
          <w:sz w:val="17"/>
        </w:rPr>
        <w:t>※ 定期点検や修理の履歴は、機械ごとの台帳（農機具台帳）にまとめると追いやすくなります。</w:t>
      </w:r>
    </w:p>
    <w:p>
      <w:r>
        <w:rPr>
          <w:color w:val="888888"/>
          <w:sz w:val="16"/>
        </w:rPr>
        <w:t>ミノリス（minorisu.com）の無料テンプレート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機械利用組合 規約</dc:title>
  <dc:subject/>
  <dc:creator>ミノリス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